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תפרוסת וצפיפות אוכלוסין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ople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8"/>
          <w:rtl w:val="1"/>
          <w:bCs/>
          <w:szCs w:val="28"/>
        </w:rPr>
        <w:t>למה בכמה מקומות צפוף כמו באוטובוס, ובאחרים אין נפש חיה?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תפרוסת אוכלוסייה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איפה גרים האנשים על המפה.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רוב תושבי מצרים גרים לאורך הנילוס.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צפיפות אוכלוסייה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אנשים גרים על כל קמ״ר.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מיליון תושבים על 20,000 קמ״ר = 50 לקמ״ר.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קמ״ר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ריבוע של קילומטר על קילומטר.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בערך שטח של כמה שכונות קטנות.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דליל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גדול עם מעט אנשים.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מדבר סהרה או צפון קנדה.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צפוף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קטן עם הרבה אנשים.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מרכז העיר תל אביב.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גורמים פיזיים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הטבע: מים, אדמה ומזג אוויר.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נהר ואדמה פורייה מושכים תושבים.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גורמים אנושיים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שאנשים יצרו: עבודה, כבישים ובתי ספר.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עם הרבה מקומות עבודה.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ריבוי טבעי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נולדים יותר אנשים ממה שמתים.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נולדו 100 תינוקות ונפטרו 40 – תוספת של 60.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איפה כולם גרים?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דמיינו נקודה על המפה לכל אדם. בכמה מקומות יש המון נקודות צפופות. במקומות אחרים כמעט אין נקודות. כך נראית תפרוסת האוכלוסייה.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צפיפות אומרת כמה אנשים גרים על כל קמ״ר. מחלקים את מספר התושבים בשטח. מקום עם הרבה אנשים הוא צפוף. מקום עם מעט אנשים הוא דליל.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אנשים אוהבים לגור ליד מים ואדמה טובה. הם אוהבים מזג אוויר נעים ומקומות עבודה. הם לא אוהבים לגור בקור גדול או במדבר. היום יש בעולם הרבה יותר אנשים מפעם.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תפרוסת אוכלוסייה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ריבוע של קילומטר על קילומטר.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צפיפות אוכלוסייה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מקום קטן עם הרבה אנשים.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קמ״ר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מקום גדול עם מעט אנשים.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אזור דליל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כמה אנשים גרים על כל קמ״ר.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אזור צפוף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איפה גרים האנשים על המפה.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גורמים אנושיים   ·   גורמים פיזיים   ·   ריבוי טבעי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נולדו 100 תינוקות ונפטרו 40 – תוספת של 60.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עיר עם הרבה מקומות עבודה.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נהר ואדמה פורייה מושכים תושבים.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צפיפות אוכלוסייה?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כמה אנשים גרים על כל קמ״ר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כמה ילדים יש בכיתה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כמה בתים יש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כמה גשם יורד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איך מחשבים צפיפות?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מוסיפים שטח לתושבים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מחלקים את מספר התושבים בשטח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כופלים שטח בגשם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סופרים בתים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איפה אנשים אוהבים לגור?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בקרח של הקוטב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במדבר בלי מים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ליד מים ואדמה טובה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על הר גבוה מאוד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איך נקרא מקום גדול עם מעט אנשים?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צפוף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עירוני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מלא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דליל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באיזו יבשת גרים הכי הרבה אנשים?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אירופה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אסיה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אוסטרליה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אנטארקטיקה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האנשים בעולם מפוזרים באופן שווה בכל מקום.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מדבר הוא בדרך כלל מקום דליל.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מקומות עבודה מושכים אנשים לגור לידם.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לפני מאה שנה היו בעולם יותר אנשים מהיום.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למה לדעתכם מעט אנשים גרים בקוטב הצפוני?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מעט אנשים גרים שם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האם אתם גרים במקום צפוף או דליל? איך אתם יודעים?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אני גר או גרה במקום...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🎫 כרטיס יציאה – תפרוסת וצפיפות אוכלוסין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מה ההבדל בין צפוף לדליל?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כתבו גורם אחד מהטבע שמושך אנשים.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כתבו גורם אחד שאנשים יצרו ומושך אנשים.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תפרוסת וצפיפות אוכלוסין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