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תפרוסת וצפיפות אוכלוסין</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למה בכמה מקומות צפוף כמו באוטובוס, ובאחרים אין נפש חיה?</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תפרוסת אוכלוסייה</w:t>
            </w:r>
          </w:p>
        </w:tc>
        <w:tc>
          <w:tcPr>
            <w:tcW w:type="dxa" w:w="5102"/>
          </w:tcPr>
          <w:p>
            <w:pPr>
              <w:bidi w:val="1"/>
              <w:jc w:val="right"/>
            </w:pPr>
            <w:r/>
            <w:r>
              <w:rPr>
                <w:rFonts w:ascii="Assistant" w:hAnsi="Assistant" w:cs="Assistant"/>
                <w:b w:val="0"/>
                <w:sz w:val="21"/>
                <w:rtl w:val="1"/>
                <w:szCs w:val="21"/>
              </w:rPr>
              <w:t>האופן שבו האוכלוסייה מפוזרת במרחב – היכן גרים הרבה אנשים והיכן מעט.</w:t>
            </w:r>
          </w:p>
        </w:tc>
        <w:tc>
          <w:tcPr>
            <w:tcW w:type="dxa" w:w="2835"/>
          </w:tcPr>
          <w:p>
            <w:pPr>
              <w:bidi w:val="1"/>
              <w:jc w:val="right"/>
            </w:pPr>
            <w:r/>
            <w:r>
              <w:rPr>
                <w:rFonts w:ascii="Assistant" w:hAnsi="Assistant" w:cs="Assistant"/>
                <w:b w:val="0"/>
                <w:sz w:val="21"/>
                <w:rtl w:val="1"/>
                <w:szCs w:val="21"/>
              </w:rPr>
              <w:t>רוב תושבי מצרים גרים לאורך הנילוס.</w:t>
            </w:r>
          </w:p>
        </w:tc>
      </w:tr>
      <w:tr>
        <w:tc>
          <w:tcPr>
            <w:tcW w:type="dxa" w:w="1984"/>
          </w:tcPr>
          <w:p>
            <w:pPr>
              <w:bidi w:val="1"/>
              <w:jc w:val="right"/>
            </w:pPr>
            <w:r/>
            <w:r>
              <w:rPr>
                <w:rFonts w:ascii="Assistant" w:hAnsi="Assistant" w:cs="Assistant"/>
                <w:b w:val="0"/>
                <w:sz w:val="21"/>
                <w:rtl w:val="1"/>
                <w:szCs w:val="21"/>
              </w:rPr>
              <w:t>צפיפות אוכלוסייה</w:t>
            </w:r>
          </w:p>
        </w:tc>
        <w:tc>
          <w:tcPr>
            <w:tcW w:type="dxa" w:w="5102"/>
          </w:tcPr>
          <w:p>
            <w:pPr>
              <w:bidi w:val="1"/>
              <w:jc w:val="right"/>
            </w:pPr>
            <w:r/>
            <w:r>
              <w:rPr>
                <w:rFonts w:ascii="Assistant" w:hAnsi="Assistant" w:cs="Assistant"/>
                <w:b w:val="0"/>
                <w:sz w:val="21"/>
                <w:rtl w:val="1"/>
                <w:szCs w:val="21"/>
              </w:rPr>
              <w:t>מספר התושבים הממוצע שחיים על קילומטר רבוע אחד; מחשבים: מספר תושבים חלקי שטח.</w:t>
            </w:r>
          </w:p>
        </w:tc>
        <w:tc>
          <w:tcPr>
            <w:tcW w:type="dxa" w:w="2835"/>
          </w:tcPr>
          <w:p>
            <w:pPr>
              <w:bidi w:val="1"/>
              <w:jc w:val="right"/>
            </w:pPr>
            <w:r/>
            <w:r>
              <w:rPr>
                <w:rFonts w:ascii="Assistant" w:hAnsi="Assistant" w:cs="Assistant"/>
                <w:b w:val="0"/>
                <w:sz w:val="21"/>
                <w:rtl w:val="1"/>
                <w:szCs w:val="21"/>
              </w:rPr>
              <w:t>מיליון תושבים על 20,000 קמ״ר = 50 לקמ״ר.</w:t>
            </w:r>
          </w:p>
        </w:tc>
      </w:tr>
      <w:tr>
        <w:tc>
          <w:tcPr>
            <w:tcW w:type="dxa" w:w="1984"/>
          </w:tcPr>
          <w:p>
            <w:pPr>
              <w:bidi w:val="1"/>
              <w:jc w:val="right"/>
            </w:pPr>
            <w:r/>
            <w:r>
              <w:rPr>
                <w:rFonts w:ascii="Assistant" w:hAnsi="Assistant" w:cs="Assistant"/>
                <w:b w:val="0"/>
                <w:sz w:val="21"/>
                <w:rtl w:val="1"/>
                <w:szCs w:val="21"/>
              </w:rPr>
              <w:t>קמ״ר</w:t>
            </w:r>
          </w:p>
        </w:tc>
        <w:tc>
          <w:tcPr>
            <w:tcW w:type="dxa" w:w="5102"/>
          </w:tcPr>
          <w:p>
            <w:pPr>
              <w:bidi w:val="1"/>
              <w:jc w:val="right"/>
            </w:pPr>
            <w:r/>
            <w:r>
              <w:rPr>
                <w:rFonts w:ascii="Assistant" w:hAnsi="Assistant" w:cs="Assistant"/>
                <w:b w:val="0"/>
                <w:sz w:val="21"/>
                <w:rtl w:val="1"/>
                <w:szCs w:val="21"/>
              </w:rPr>
              <w:t>קילומטר רבוע: יחידת שטח של ריבוע שכל צלע שלו באורך קילומטר אחד.</w:t>
            </w:r>
          </w:p>
        </w:tc>
        <w:tc>
          <w:tcPr>
            <w:tcW w:type="dxa" w:w="2835"/>
          </w:tcPr>
          <w:p>
            <w:pPr>
              <w:bidi w:val="1"/>
              <w:jc w:val="right"/>
            </w:pPr>
            <w:r/>
            <w:r>
              <w:rPr>
                <w:rFonts w:ascii="Assistant" w:hAnsi="Assistant" w:cs="Assistant"/>
                <w:b w:val="0"/>
                <w:sz w:val="21"/>
                <w:rtl w:val="1"/>
                <w:szCs w:val="21"/>
              </w:rPr>
              <w:t>בערך שטח של כמה שכונות קטנות.</w:t>
            </w:r>
          </w:p>
        </w:tc>
      </w:tr>
      <w:tr>
        <w:tc>
          <w:tcPr>
            <w:tcW w:type="dxa" w:w="1984"/>
          </w:tcPr>
          <w:p>
            <w:pPr>
              <w:bidi w:val="1"/>
              <w:jc w:val="right"/>
            </w:pPr>
            <w:r/>
            <w:r>
              <w:rPr>
                <w:rFonts w:ascii="Assistant" w:hAnsi="Assistant" w:cs="Assistant"/>
                <w:b w:val="0"/>
                <w:sz w:val="21"/>
                <w:rtl w:val="1"/>
                <w:szCs w:val="21"/>
              </w:rPr>
              <w:t>אזור דליל</w:t>
            </w:r>
          </w:p>
        </w:tc>
        <w:tc>
          <w:tcPr>
            <w:tcW w:type="dxa" w:w="5102"/>
          </w:tcPr>
          <w:p>
            <w:pPr>
              <w:bidi w:val="1"/>
              <w:jc w:val="right"/>
            </w:pPr>
            <w:r/>
            <w:r>
              <w:rPr>
                <w:rFonts w:ascii="Assistant" w:hAnsi="Assistant" w:cs="Assistant"/>
                <w:b w:val="0"/>
                <w:sz w:val="21"/>
                <w:rtl w:val="1"/>
                <w:szCs w:val="21"/>
              </w:rPr>
              <w:t>אזור שבו חיים מעט אנשים על שטח גדול, ולכן הצפיפות בו נמוכה.</w:t>
            </w:r>
          </w:p>
        </w:tc>
        <w:tc>
          <w:tcPr>
            <w:tcW w:type="dxa" w:w="2835"/>
          </w:tcPr>
          <w:p>
            <w:pPr>
              <w:bidi w:val="1"/>
              <w:jc w:val="right"/>
            </w:pPr>
            <w:r/>
            <w:r>
              <w:rPr>
                <w:rFonts w:ascii="Assistant" w:hAnsi="Assistant" w:cs="Assistant"/>
                <w:b w:val="0"/>
                <w:sz w:val="21"/>
                <w:rtl w:val="1"/>
                <w:szCs w:val="21"/>
              </w:rPr>
              <w:t>מדבר סהרה או צפון קנדה.</w:t>
            </w:r>
          </w:p>
        </w:tc>
      </w:tr>
      <w:tr>
        <w:tc>
          <w:tcPr>
            <w:tcW w:type="dxa" w:w="1984"/>
          </w:tcPr>
          <w:p>
            <w:pPr>
              <w:bidi w:val="1"/>
              <w:jc w:val="right"/>
            </w:pPr>
            <w:r/>
            <w:r>
              <w:rPr>
                <w:rFonts w:ascii="Assistant" w:hAnsi="Assistant" w:cs="Assistant"/>
                <w:b w:val="0"/>
                <w:sz w:val="21"/>
                <w:rtl w:val="1"/>
                <w:szCs w:val="21"/>
              </w:rPr>
              <w:t>אזור צפוף</w:t>
            </w:r>
          </w:p>
        </w:tc>
        <w:tc>
          <w:tcPr>
            <w:tcW w:type="dxa" w:w="5102"/>
          </w:tcPr>
          <w:p>
            <w:pPr>
              <w:bidi w:val="1"/>
              <w:jc w:val="right"/>
            </w:pPr>
            <w:r/>
            <w:r>
              <w:rPr>
                <w:rFonts w:ascii="Assistant" w:hAnsi="Assistant" w:cs="Assistant"/>
                <w:b w:val="0"/>
                <w:sz w:val="21"/>
                <w:rtl w:val="1"/>
                <w:szCs w:val="21"/>
              </w:rPr>
              <w:t>אזור שבו חיים אנשים רבים על שטח קטן, ולכן הצפיפות בו גבוהה.</w:t>
            </w:r>
          </w:p>
        </w:tc>
        <w:tc>
          <w:tcPr>
            <w:tcW w:type="dxa" w:w="2835"/>
          </w:tcPr>
          <w:p>
            <w:pPr>
              <w:bidi w:val="1"/>
              <w:jc w:val="right"/>
            </w:pPr>
            <w:r/>
            <w:r>
              <w:rPr>
                <w:rFonts w:ascii="Assistant" w:hAnsi="Assistant" w:cs="Assistant"/>
                <w:b w:val="0"/>
                <w:sz w:val="21"/>
                <w:rtl w:val="1"/>
                <w:szCs w:val="21"/>
              </w:rPr>
              <w:t>מרכז העיר תל אביב.</w:t>
            </w:r>
          </w:p>
        </w:tc>
      </w:tr>
      <w:tr>
        <w:tc>
          <w:tcPr>
            <w:tcW w:type="dxa" w:w="1984"/>
          </w:tcPr>
          <w:p>
            <w:pPr>
              <w:bidi w:val="1"/>
              <w:jc w:val="right"/>
            </w:pPr>
            <w:r/>
            <w:r>
              <w:rPr>
                <w:rFonts w:ascii="Assistant" w:hAnsi="Assistant" w:cs="Assistant"/>
                <w:b w:val="0"/>
                <w:sz w:val="21"/>
                <w:rtl w:val="1"/>
                <w:szCs w:val="21"/>
              </w:rPr>
              <w:t>גורמים פיזיים</w:t>
            </w:r>
          </w:p>
        </w:tc>
        <w:tc>
          <w:tcPr>
            <w:tcW w:type="dxa" w:w="5102"/>
          </w:tcPr>
          <w:p>
            <w:pPr>
              <w:bidi w:val="1"/>
              <w:jc w:val="right"/>
            </w:pPr>
            <w:r/>
            <w:r>
              <w:rPr>
                <w:rFonts w:ascii="Assistant" w:hAnsi="Assistant" w:cs="Assistant"/>
                <w:b w:val="0"/>
                <w:sz w:val="21"/>
                <w:rtl w:val="1"/>
                <w:szCs w:val="21"/>
              </w:rPr>
              <w:t>תנאי הטבע שמשפיעים על מקום המגורים: אקלים, מים, קרקע ותבליט.</w:t>
            </w:r>
          </w:p>
        </w:tc>
        <w:tc>
          <w:tcPr>
            <w:tcW w:type="dxa" w:w="2835"/>
          </w:tcPr>
          <w:p>
            <w:pPr>
              <w:bidi w:val="1"/>
              <w:jc w:val="right"/>
            </w:pPr>
            <w:r/>
            <w:r>
              <w:rPr>
                <w:rFonts w:ascii="Assistant" w:hAnsi="Assistant" w:cs="Assistant"/>
                <w:b w:val="0"/>
                <w:sz w:val="21"/>
                <w:rtl w:val="1"/>
                <w:szCs w:val="21"/>
              </w:rPr>
              <w:t>נהר ואדמה פורייה מושכים תושבים.</w:t>
            </w:r>
          </w:p>
        </w:tc>
      </w:tr>
      <w:tr>
        <w:tc>
          <w:tcPr>
            <w:tcW w:type="dxa" w:w="1984"/>
          </w:tcPr>
          <w:p>
            <w:pPr>
              <w:bidi w:val="1"/>
              <w:jc w:val="right"/>
            </w:pPr>
            <w:r/>
            <w:r>
              <w:rPr>
                <w:rFonts w:ascii="Assistant" w:hAnsi="Assistant" w:cs="Assistant"/>
                <w:b w:val="0"/>
                <w:sz w:val="21"/>
                <w:rtl w:val="1"/>
                <w:szCs w:val="21"/>
              </w:rPr>
              <w:t>גורמים אנושיים</w:t>
            </w:r>
          </w:p>
        </w:tc>
        <w:tc>
          <w:tcPr>
            <w:tcW w:type="dxa" w:w="5102"/>
          </w:tcPr>
          <w:p>
            <w:pPr>
              <w:bidi w:val="1"/>
              <w:jc w:val="right"/>
            </w:pPr>
            <w:r/>
            <w:r>
              <w:rPr>
                <w:rFonts w:ascii="Assistant" w:hAnsi="Assistant" w:cs="Assistant"/>
                <w:b w:val="0"/>
                <w:sz w:val="21"/>
                <w:rtl w:val="1"/>
                <w:szCs w:val="21"/>
              </w:rPr>
              <w:t>גורמים שבני אדם יצרו ושמשפיעים על מקום המגורים: עבודה, דרכים, שירותים, ביטחון והיסטוריה.</w:t>
            </w:r>
          </w:p>
        </w:tc>
        <w:tc>
          <w:tcPr>
            <w:tcW w:type="dxa" w:w="2835"/>
          </w:tcPr>
          <w:p>
            <w:pPr>
              <w:bidi w:val="1"/>
              <w:jc w:val="right"/>
            </w:pPr>
            <w:r/>
            <w:r>
              <w:rPr>
                <w:rFonts w:ascii="Assistant" w:hAnsi="Assistant" w:cs="Assistant"/>
                <w:b w:val="0"/>
                <w:sz w:val="21"/>
                <w:rtl w:val="1"/>
                <w:szCs w:val="21"/>
              </w:rPr>
              <w:t>עיר עם הרבה מקומות עבודה.</w:t>
            </w:r>
          </w:p>
        </w:tc>
      </w:tr>
      <w:tr>
        <w:tc>
          <w:tcPr>
            <w:tcW w:type="dxa" w:w="1984"/>
          </w:tcPr>
          <w:p>
            <w:pPr>
              <w:bidi w:val="1"/>
              <w:jc w:val="right"/>
            </w:pPr>
            <w:r/>
            <w:r>
              <w:rPr>
                <w:rFonts w:ascii="Assistant" w:hAnsi="Assistant" w:cs="Assistant"/>
                <w:b w:val="0"/>
                <w:sz w:val="21"/>
                <w:rtl w:val="1"/>
                <w:szCs w:val="21"/>
              </w:rPr>
              <w:t>ריבוי טבעי</w:t>
            </w:r>
          </w:p>
        </w:tc>
        <w:tc>
          <w:tcPr>
            <w:tcW w:type="dxa" w:w="5102"/>
          </w:tcPr>
          <w:p>
            <w:pPr>
              <w:bidi w:val="1"/>
              <w:jc w:val="right"/>
            </w:pPr>
            <w:r/>
            <w:r>
              <w:rPr>
                <w:rFonts w:ascii="Assistant" w:hAnsi="Assistant" w:cs="Assistant"/>
                <w:b w:val="0"/>
                <w:sz w:val="21"/>
                <w:rtl w:val="1"/>
                <w:szCs w:val="21"/>
              </w:rPr>
              <w:t>ההפרש בין מספר הלידות למספר הפטירות באוכלוסייה בתקופה מסוימת.</w:t>
            </w:r>
          </w:p>
        </w:tc>
        <w:tc>
          <w:tcPr>
            <w:tcW w:type="dxa" w:w="2835"/>
          </w:tcPr>
          <w:p>
            <w:pPr>
              <w:bidi w:val="1"/>
              <w:jc w:val="right"/>
            </w:pPr>
            <w:r/>
            <w:r>
              <w:rPr>
                <w:rFonts w:ascii="Assistant" w:hAnsi="Assistant" w:cs="Assistant"/>
                <w:b w:val="0"/>
                <w:sz w:val="21"/>
                <w:rtl w:val="1"/>
                <w:szCs w:val="21"/>
              </w:rPr>
              <w:t>נולדו 100 תינוקות ונפטרו 40 – תוספת של 60.</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מפה של אנשים</w:t>
      </w:r>
    </w:p>
    <w:p>
      <w:pPr>
        <w:bidi w:val="1"/>
        <w:spacing w:after="120"/>
        <w:jc w:val="right"/>
      </w:pPr>
      <w:r>
        <w:rPr>
          <w:rFonts w:ascii="Assistant" w:hAnsi="Assistant" w:cs="Assistant"/>
          <w:b w:val="0"/>
          <w:sz w:val="23"/>
          <w:rtl w:val="1"/>
          <w:szCs w:val="23"/>
        </w:rPr>
        <w:t>אילו סימנו נקודה על המפה במקום שבו גר כל אדם, היינו מגלים שהנקודות אינן מפוזרות באופן שווה: באזורים מסוימים הן מתמזגות לכתם אחד, ובאחרים כמעט אין נקודות. האופן שבו האוכלוסייה מפוזרת במרחב נקרא תפרוסת אוכלוסייה. בעולם בולטת אסיה, שבה חיים כ-60% מתושבי העולם.</w:t>
      </w:r>
    </w:p>
    <w:p>
      <w:pPr>
        <w:bidi w:val="1"/>
        <w:spacing w:after="120"/>
        <w:jc w:val="right"/>
      </w:pPr>
      <w:r>
        <w:rPr>
          <w:rFonts w:ascii="Assistant" w:hAnsi="Assistant" w:cs="Assistant"/>
          <w:b w:val="0"/>
          <w:sz w:val="23"/>
          <w:rtl w:val="1"/>
          <w:szCs w:val="23"/>
        </w:rPr>
        <w:t>כדי להשוות בין מקומות משתמשים בצפיפות אוכלוסייה – מספר התושבים הממוצע על קמ״ר אחד. מחשבים: מספר התושבים חלקי השטח. למשל, 1,000,000 תושבים על 20,000 קמ״ר הם 50 נפשות לקמ״ר. אזור עם מעט אנשים על שטח גדול נקרא דליל אוכלוסין, ואזור עם אנשים רבים על שטח קטן נקרא צפוף.</w:t>
      </w:r>
    </w:p>
    <w:p>
      <w:pPr>
        <w:bidi w:val="1"/>
        <w:spacing w:after="120"/>
        <w:jc w:val="right"/>
      </w:pPr>
      <w:r>
        <w:rPr>
          <w:rFonts w:ascii="Assistant" w:hAnsi="Assistant" w:cs="Assistant"/>
          <w:b w:val="0"/>
          <w:sz w:val="23"/>
          <w:rtl w:val="1"/>
          <w:szCs w:val="23"/>
        </w:rPr>
        <w:t>מה קובע היכן אנשים גרים? גורמים פיזיים: אקלים נוח, מים, אדמה פורייה ושטח מישורי מושכים אנשים, ואילו קור קיצוני, חום ויובש, הרים גבוהים וג׳ונגלים מרחיקים אותם. גורמים אנושיים: מקומות עבודה, דרכים ונמלים, ערים, שירותים, ביטחון אישי והיסטוריה של התיישבות ארוכה.</w:t>
      </w:r>
    </w:p>
    <w:p>
      <w:pPr>
        <w:bidi w:val="1"/>
        <w:spacing w:after="120"/>
        <w:jc w:val="right"/>
      </w:pPr>
      <w:r>
        <w:rPr>
          <w:rFonts w:ascii="Assistant" w:hAnsi="Assistant" w:cs="Assistant"/>
          <w:b w:val="0"/>
          <w:sz w:val="23"/>
          <w:rtl w:val="1"/>
          <w:szCs w:val="23"/>
        </w:rPr>
        <w:t>לפני כמאה שנה חיו בעולם כשני מיליארד בני אדם, והיום יותר מפי ארבעה. התפרוסת הכללית כמעט לא השתנתה, אבל הצפיפות גדלה מאוד בגלל ריבוי טבעי והגירה לערים. בזכות טכנולוגיה – מיזוג אוויר, התפלה, דרכים ומטוסים – חדר האדם גם לאזורים שהיו כמעט ריקים.</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תפרוסת אוכלוסייה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אזור שבו חיים אנשים רבים על שטח קטן, ולכן הצפיפות בו גבוהה.</w:t>
            </w:r>
          </w:p>
        </w:tc>
      </w:tr>
      <w:tr>
        <w:tc>
          <w:tcPr>
            <w:tcW w:type="dxa" w:w="2268"/>
          </w:tcPr>
          <w:p>
            <w:pPr>
              <w:bidi w:val="1"/>
              <w:jc w:val="right"/>
            </w:pPr>
            <w:r/>
            <w:r>
              <w:rPr>
                <w:rFonts w:ascii="Assistant" w:hAnsi="Assistant" w:cs="Assistant"/>
                <w:b w:val="0"/>
                <w:sz w:val="21"/>
                <w:rtl w:val="1"/>
                <w:szCs w:val="21"/>
              </w:rPr>
              <w:t>2. צפיפות אוכלוסייה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קילומטר רבוע: יחידת שטח של ריבוע שכל צלע שלו באורך קילומטר אחד.</w:t>
            </w:r>
          </w:p>
        </w:tc>
      </w:tr>
      <w:tr>
        <w:tc>
          <w:tcPr>
            <w:tcW w:type="dxa" w:w="2268"/>
          </w:tcPr>
          <w:p>
            <w:pPr>
              <w:bidi w:val="1"/>
              <w:jc w:val="right"/>
            </w:pPr>
            <w:r/>
            <w:r>
              <w:rPr>
                <w:rFonts w:ascii="Assistant" w:hAnsi="Assistant" w:cs="Assistant"/>
                <w:b w:val="0"/>
                <w:sz w:val="21"/>
                <w:rtl w:val="1"/>
                <w:szCs w:val="21"/>
              </w:rPr>
              <w:t>3. קמ״ר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אזור שבו חיים מעט אנשים על שטח גדול, ולכן הצפיפות בו נמוכה.</w:t>
            </w:r>
          </w:p>
        </w:tc>
      </w:tr>
      <w:tr>
        <w:tc>
          <w:tcPr>
            <w:tcW w:type="dxa" w:w="2268"/>
          </w:tcPr>
          <w:p>
            <w:pPr>
              <w:bidi w:val="1"/>
              <w:jc w:val="right"/>
            </w:pPr>
            <w:r/>
            <w:r>
              <w:rPr>
                <w:rFonts w:ascii="Assistant" w:hAnsi="Assistant" w:cs="Assistant"/>
                <w:b w:val="0"/>
                <w:sz w:val="21"/>
                <w:rtl w:val="1"/>
                <w:szCs w:val="21"/>
              </w:rPr>
              <w:t>4. אזור דליל</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האופן שבו האוכלוסייה מפוזרת במרחב – היכן גרים הרבה אנשים והיכן מעט.</w:t>
            </w:r>
          </w:p>
        </w:tc>
      </w:tr>
      <w:tr>
        <w:tc>
          <w:tcPr>
            <w:tcW w:type="dxa" w:w="2268"/>
          </w:tcPr>
          <w:p>
            <w:pPr>
              <w:bidi w:val="1"/>
              <w:jc w:val="right"/>
            </w:pPr>
            <w:r/>
            <w:r>
              <w:rPr>
                <w:rFonts w:ascii="Assistant" w:hAnsi="Assistant" w:cs="Assistant"/>
                <w:b w:val="0"/>
                <w:sz w:val="21"/>
                <w:rtl w:val="1"/>
                <w:szCs w:val="21"/>
              </w:rPr>
              <w:t>5. אזור צפוף</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תנאי הטבע שמשפיעים על מקום המגורים: אקלים, מים, קרקע ותבליט.</w:t>
            </w:r>
          </w:p>
        </w:tc>
      </w:tr>
      <w:tr>
        <w:tc>
          <w:tcPr>
            <w:tcW w:type="dxa" w:w="2268"/>
          </w:tcPr>
          <w:p>
            <w:pPr>
              <w:bidi w:val="1"/>
              <w:jc w:val="right"/>
            </w:pPr>
            <w:r/>
            <w:r>
              <w:rPr>
                <w:rFonts w:ascii="Assistant" w:hAnsi="Assistant" w:cs="Assistant"/>
                <w:b w:val="0"/>
                <w:sz w:val="21"/>
                <w:rtl w:val="1"/>
                <w:szCs w:val="21"/>
              </w:rPr>
              <w:t>6. גורמים פיזיים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מספר התושבים הממוצע שחיים על קילומטר רבוע אחד; מחשבים: מספר תושבים חלקי שטח.</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גורמים פיזיים   ·   גורמים אנושיים   ·   אזור צפוף   ·   ריבוי טבעי</w:t>
      </w:r>
    </w:p>
    <w:p>
      <w:pPr>
        <w:bidi w:val="1"/>
        <w:spacing w:after="80"/>
        <w:jc w:val="right"/>
      </w:pPr>
      <w:r>
        <w:rPr>
          <w:rFonts w:ascii="Assistant" w:hAnsi="Assistant" w:cs="Assistant"/>
          <w:b w:val="0"/>
          <w:sz w:val="23"/>
          <w:rtl w:val="1"/>
          <w:szCs w:val="23"/>
        </w:rPr>
        <w:t>1. נולדו 100 תינוקות ונפטרו 40 – תוספת של 60. – זו דוגמה ל־______________</w:t>
      </w:r>
    </w:p>
    <w:p>
      <w:pPr>
        <w:bidi w:val="1"/>
        <w:spacing w:after="80"/>
        <w:jc w:val="right"/>
      </w:pPr>
      <w:r>
        <w:rPr>
          <w:rFonts w:ascii="Assistant" w:hAnsi="Assistant" w:cs="Assistant"/>
          <w:b w:val="0"/>
          <w:sz w:val="23"/>
          <w:rtl w:val="1"/>
          <w:szCs w:val="23"/>
        </w:rPr>
        <w:t>2. עיר עם הרבה מקומות עבודה. – זו דוגמה ל־______________</w:t>
      </w:r>
    </w:p>
    <w:p>
      <w:pPr>
        <w:bidi w:val="1"/>
        <w:spacing w:after="80"/>
        <w:jc w:val="right"/>
      </w:pPr>
      <w:r>
        <w:rPr>
          <w:rFonts w:ascii="Assistant" w:hAnsi="Assistant" w:cs="Assistant"/>
          <w:b w:val="0"/>
          <w:sz w:val="23"/>
          <w:rtl w:val="1"/>
          <w:szCs w:val="23"/>
        </w:rPr>
        <w:t>3. נהר ואדמה פורייה מושכים תושבים. – זו דוגמה ל־______________</w:t>
      </w:r>
    </w:p>
    <w:p>
      <w:pPr>
        <w:bidi w:val="1"/>
        <w:spacing w:after="80"/>
        <w:jc w:val="right"/>
      </w:pPr>
      <w:r>
        <w:rPr>
          <w:rFonts w:ascii="Assistant" w:hAnsi="Assistant" w:cs="Assistant"/>
          <w:b w:val="0"/>
          <w:sz w:val="23"/>
          <w:rtl w:val="1"/>
          <w:szCs w:val="23"/>
        </w:rPr>
        <w:t>4. מרכז העיר תל אביב.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במדינה חיים 3,000,000 תושבים על שטח של 60,000 קמ״ר. מה הצפיפות?</w:t>
      </w:r>
    </w:p>
    <w:p>
      <w:pPr>
        <w:bidi w:val="1"/>
        <w:spacing w:after="20"/>
        <w:jc w:val="right"/>
      </w:pPr>
      <w:r>
        <w:rPr>
          <w:rFonts w:ascii="Assistant" w:hAnsi="Assistant" w:cs="Assistant"/>
          <w:b w:val="0"/>
          <w:sz w:val="23"/>
          <w:rtl w:val="1"/>
          <w:szCs w:val="23"/>
        </w:rPr>
        <w:t xml:space="preserve">     ◯ א. 20 נפשות לקמ״ר</w:t>
      </w:r>
    </w:p>
    <w:p>
      <w:pPr>
        <w:bidi w:val="1"/>
        <w:spacing w:after="20"/>
        <w:jc w:val="right"/>
      </w:pPr>
      <w:r>
        <w:rPr>
          <w:rFonts w:ascii="Assistant" w:hAnsi="Assistant" w:cs="Assistant"/>
          <w:b w:val="0"/>
          <w:sz w:val="23"/>
          <w:rtl w:val="1"/>
          <w:szCs w:val="23"/>
        </w:rPr>
        <w:t xml:space="preserve">     ◯ ב. 50 נפשות לקמ״ר</w:t>
      </w:r>
    </w:p>
    <w:p>
      <w:pPr>
        <w:bidi w:val="1"/>
        <w:spacing w:after="20"/>
        <w:jc w:val="right"/>
      </w:pPr>
      <w:r>
        <w:rPr>
          <w:rFonts w:ascii="Assistant" w:hAnsi="Assistant" w:cs="Assistant"/>
          <w:b w:val="0"/>
          <w:sz w:val="23"/>
          <w:rtl w:val="1"/>
          <w:szCs w:val="23"/>
        </w:rPr>
        <w:t xml:space="preserve">     ◯ ג. 200 נפשות לקמ״ר</w:t>
      </w:r>
    </w:p>
    <w:p>
      <w:pPr>
        <w:bidi w:val="1"/>
        <w:spacing w:after="20"/>
        <w:jc w:val="right"/>
      </w:pPr>
      <w:r>
        <w:rPr>
          <w:rFonts w:ascii="Assistant" w:hAnsi="Assistant" w:cs="Assistant"/>
          <w:b w:val="0"/>
          <w:sz w:val="23"/>
          <w:rtl w:val="1"/>
          <w:szCs w:val="23"/>
        </w:rPr>
        <w:t xml:space="preserve">     ◯ ד. 500 נפשות לקמ״ר</w:t>
      </w:r>
    </w:p>
    <w:p>
      <w:pPr>
        <w:bidi w:val="1"/>
        <w:spacing w:after="20"/>
        <w:jc w:val="right"/>
      </w:pPr>
      <w:r>
        <w:rPr>
          <w:rFonts w:ascii="Assistant" w:hAnsi="Assistant" w:cs="Assistant"/>
          <w:b/>
          <w:sz w:val="23"/>
          <w:rtl w:val="1"/>
          <w:bCs/>
          <w:szCs w:val="23"/>
        </w:rPr>
        <w:t>2. מה ההבדל בין תפרוסת לצפיפות?</w:t>
      </w:r>
    </w:p>
    <w:p>
      <w:pPr>
        <w:bidi w:val="1"/>
        <w:spacing w:after="20"/>
        <w:jc w:val="right"/>
      </w:pPr>
      <w:r>
        <w:rPr>
          <w:rFonts w:ascii="Assistant" w:hAnsi="Assistant" w:cs="Assistant"/>
          <w:b w:val="0"/>
          <w:sz w:val="23"/>
          <w:rtl w:val="1"/>
          <w:szCs w:val="23"/>
        </w:rPr>
        <w:t xml:space="preserve">     ◯ א. אין הבדל</w:t>
      </w:r>
    </w:p>
    <w:p>
      <w:pPr>
        <w:bidi w:val="1"/>
        <w:spacing w:after="20"/>
        <w:jc w:val="right"/>
      </w:pPr>
      <w:r>
        <w:rPr>
          <w:rFonts w:ascii="Assistant" w:hAnsi="Assistant" w:cs="Assistant"/>
          <w:b w:val="0"/>
          <w:sz w:val="23"/>
          <w:rtl w:val="1"/>
          <w:szCs w:val="23"/>
        </w:rPr>
        <w:t xml:space="preserve">     ◯ ב. תפרוסת היא מספר, צפיפות היא מפה</w:t>
      </w:r>
    </w:p>
    <w:p>
      <w:pPr>
        <w:bidi w:val="1"/>
        <w:spacing w:after="20"/>
        <w:jc w:val="right"/>
      </w:pPr>
      <w:r>
        <w:rPr>
          <w:rFonts w:ascii="Assistant" w:hAnsi="Assistant" w:cs="Assistant"/>
          <w:b w:val="0"/>
          <w:sz w:val="23"/>
          <w:rtl w:val="1"/>
          <w:szCs w:val="23"/>
        </w:rPr>
        <w:t xml:space="preserve">     ◯ ג. תפרוסת מתארת היכן גרים, צפיפות מודדת כמה גרים על כל קמ״ר</w:t>
      </w:r>
    </w:p>
    <w:p>
      <w:pPr>
        <w:bidi w:val="1"/>
        <w:spacing w:after="20"/>
        <w:jc w:val="right"/>
      </w:pPr>
      <w:r>
        <w:rPr>
          <w:rFonts w:ascii="Assistant" w:hAnsi="Assistant" w:cs="Assistant"/>
          <w:b w:val="0"/>
          <w:sz w:val="23"/>
          <w:rtl w:val="1"/>
          <w:szCs w:val="23"/>
        </w:rPr>
        <w:t xml:space="preserve">     ◯ ד. צפיפות עוסקת רק בערים</w:t>
      </w:r>
    </w:p>
    <w:p>
      <w:pPr>
        <w:bidi w:val="1"/>
        <w:spacing w:after="20"/>
        <w:jc w:val="right"/>
      </w:pPr>
      <w:r>
        <w:rPr>
          <w:rFonts w:ascii="Assistant" w:hAnsi="Assistant" w:cs="Assistant"/>
          <w:b/>
          <w:sz w:val="23"/>
          <w:rtl w:val="1"/>
          <w:bCs/>
          <w:szCs w:val="23"/>
        </w:rPr>
        <w:t>3. איזה מהבאים הוא גורם אנושי?</w:t>
      </w:r>
    </w:p>
    <w:p>
      <w:pPr>
        <w:bidi w:val="1"/>
        <w:spacing w:after="20"/>
        <w:jc w:val="right"/>
      </w:pPr>
      <w:r>
        <w:rPr>
          <w:rFonts w:ascii="Assistant" w:hAnsi="Assistant" w:cs="Assistant"/>
          <w:b w:val="0"/>
          <w:sz w:val="23"/>
          <w:rtl w:val="1"/>
          <w:szCs w:val="23"/>
        </w:rPr>
        <w:t xml:space="preserve">     ◯ א. נמל ומקומות עבודה</w:t>
      </w:r>
    </w:p>
    <w:p>
      <w:pPr>
        <w:bidi w:val="1"/>
        <w:spacing w:after="20"/>
        <w:jc w:val="right"/>
      </w:pPr>
      <w:r>
        <w:rPr>
          <w:rFonts w:ascii="Assistant" w:hAnsi="Assistant" w:cs="Assistant"/>
          <w:b w:val="0"/>
          <w:sz w:val="23"/>
          <w:rtl w:val="1"/>
          <w:szCs w:val="23"/>
        </w:rPr>
        <w:t xml:space="preserve">     ◯ ב. אקלים נוח</w:t>
      </w:r>
    </w:p>
    <w:p>
      <w:pPr>
        <w:bidi w:val="1"/>
        <w:spacing w:after="20"/>
        <w:jc w:val="right"/>
      </w:pPr>
      <w:r>
        <w:rPr>
          <w:rFonts w:ascii="Assistant" w:hAnsi="Assistant" w:cs="Assistant"/>
          <w:b w:val="0"/>
          <w:sz w:val="23"/>
          <w:rtl w:val="1"/>
          <w:szCs w:val="23"/>
        </w:rPr>
        <w:t xml:space="preserve">     ◯ ג. אדמה פורייה</w:t>
      </w:r>
    </w:p>
    <w:p>
      <w:pPr>
        <w:bidi w:val="1"/>
        <w:spacing w:after="20"/>
        <w:jc w:val="right"/>
      </w:pPr>
      <w:r>
        <w:rPr>
          <w:rFonts w:ascii="Assistant" w:hAnsi="Assistant" w:cs="Assistant"/>
          <w:b w:val="0"/>
          <w:sz w:val="23"/>
          <w:rtl w:val="1"/>
          <w:szCs w:val="23"/>
        </w:rPr>
        <w:t xml:space="preserve">     ◯ ד. נהר</w:t>
      </w:r>
    </w:p>
    <w:p>
      <w:pPr>
        <w:bidi w:val="1"/>
        <w:spacing w:after="20"/>
        <w:jc w:val="right"/>
      </w:pPr>
      <w:r>
        <w:rPr>
          <w:rFonts w:ascii="Assistant" w:hAnsi="Assistant" w:cs="Assistant"/>
          <w:b/>
          <w:sz w:val="23"/>
          <w:rtl w:val="1"/>
          <w:bCs/>
          <w:szCs w:val="23"/>
        </w:rPr>
        <w:t>4. מה לא השתנה במהותו ב-100 השנים האחרונות?</w:t>
      </w:r>
    </w:p>
    <w:p>
      <w:pPr>
        <w:bidi w:val="1"/>
        <w:spacing w:after="20"/>
        <w:jc w:val="right"/>
      </w:pPr>
      <w:r>
        <w:rPr>
          <w:rFonts w:ascii="Assistant" w:hAnsi="Assistant" w:cs="Assistant"/>
          <w:b w:val="0"/>
          <w:sz w:val="23"/>
          <w:rtl w:val="1"/>
          <w:szCs w:val="23"/>
        </w:rPr>
        <w:t xml:space="preserve">     ◯ א. מספר בני האדם</w:t>
      </w:r>
    </w:p>
    <w:p>
      <w:pPr>
        <w:bidi w:val="1"/>
        <w:spacing w:after="20"/>
        <w:jc w:val="right"/>
      </w:pPr>
      <w:r>
        <w:rPr>
          <w:rFonts w:ascii="Assistant" w:hAnsi="Assistant" w:cs="Assistant"/>
          <w:b w:val="0"/>
          <w:sz w:val="23"/>
          <w:rtl w:val="1"/>
          <w:szCs w:val="23"/>
        </w:rPr>
        <w:t xml:space="preserve">     ◯ ב. הצפיפות</w:t>
      </w:r>
    </w:p>
    <w:p>
      <w:pPr>
        <w:bidi w:val="1"/>
        <w:spacing w:after="20"/>
        <w:jc w:val="right"/>
      </w:pPr>
      <w:r>
        <w:rPr>
          <w:rFonts w:ascii="Assistant" w:hAnsi="Assistant" w:cs="Assistant"/>
          <w:b w:val="0"/>
          <w:sz w:val="23"/>
          <w:rtl w:val="1"/>
          <w:szCs w:val="23"/>
        </w:rPr>
        <w:t xml:space="preserve">     ◯ ג. מספר הערים הגדולות</w:t>
      </w:r>
    </w:p>
    <w:p>
      <w:pPr>
        <w:bidi w:val="1"/>
        <w:spacing w:after="20"/>
        <w:jc w:val="right"/>
      </w:pPr>
      <w:r>
        <w:rPr>
          <w:rFonts w:ascii="Assistant" w:hAnsi="Assistant" w:cs="Assistant"/>
          <w:b w:val="0"/>
          <w:sz w:val="23"/>
          <w:rtl w:val="1"/>
          <w:szCs w:val="23"/>
        </w:rPr>
        <w:t xml:space="preserve">     ◯ ד. התפרוסת הכללית של האוכלוסייה</w:t>
      </w:r>
    </w:p>
    <w:p>
      <w:pPr>
        <w:bidi w:val="1"/>
        <w:spacing w:after="20"/>
        <w:jc w:val="right"/>
      </w:pPr>
      <w:r>
        <w:rPr>
          <w:rFonts w:ascii="Assistant" w:hAnsi="Assistant" w:cs="Assistant"/>
          <w:b/>
          <w:sz w:val="23"/>
          <w:rtl w:val="1"/>
          <w:bCs/>
          <w:szCs w:val="23"/>
        </w:rPr>
        <w:t>5. איזה אזור צפוי להיות דליל אוכלוסין?</w:t>
      </w:r>
    </w:p>
    <w:p>
      <w:pPr>
        <w:bidi w:val="1"/>
        <w:spacing w:after="20"/>
        <w:jc w:val="right"/>
      </w:pPr>
      <w:r>
        <w:rPr>
          <w:rFonts w:ascii="Assistant" w:hAnsi="Assistant" w:cs="Assistant"/>
          <w:b w:val="0"/>
          <w:sz w:val="23"/>
          <w:rtl w:val="1"/>
          <w:szCs w:val="23"/>
        </w:rPr>
        <w:t xml:space="preserve">     ◯ א. מישור חוף עם נהר</w:t>
      </w:r>
    </w:p>
    <w:p>
      <w:pPr>
        <w:bidi w:val="1"/>
        <w:spacing w:after="20"/>
        <w:jc w:val="right"/>
      </w:pPr>
      <w:r>
        <w:rPr>
          <w:rFonts w:ascii="Assistant" w:hAnsi="Assistant" w:cs="Assistant"/>
          <w:b w:val="0"/>
          <w:sz w:val="23"/>
          <w:rtl w:val="1"/>
          <w:szCs w:val="23"/>
        </w:rPr>
        <w:t xml:space="preserve">     ◯ ב. עמק פורה ליד עיר נמל</w:t>
      </w:r>
    </w:p>
    <w:p>
      <w:pPr>
        <w:bidi w:val="1"/>
        <w:spacing w:after="20"/>
        <w:jc w:val="right"/>
      </w:pPr>
      <w:r>
        <w:rPr>
          <w:rFonts w:ascii="Assistant" w:hAnsi="Assistant" w:cs="Assistant"/>
          <w:b w:val="0"/>
          <w:sz w:val="23"/>
          <w:rtl w:val="1"/>
          <w:szCs w:val="23"/>
        </w:rPr>
        <w:t xml:space="preserve">     ◯ ג. רמה גבוהה וקרה מאוד</w:t>
      </w:r>
    </w:p>
    <w:p>
      <w:pPr>
        <w:bidi w:val="1"/>
        <w:spacing w:after="20"/>
        <w:jc w:val="right"/>
      </w:pPr>
      <w:r>
        <w:rPr>
          <w:rFonts w:ascii="Assistant" w:hAnsi="Assistant" w:cs="Assistant"/>
          <w:b w:val="0"/>
          <w:sz w:val="23"/>
          <w:rtl w:val="1"/>
          <w:szCs w:val="23"/>
        </w:rPr>
        <w:t xml:space="preserve">     ◯ ד. שפך נהר באקלים ממוזג</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בערך 60% מתושבי העולם חיים באסיה.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צפיפות גבוהה פירושה מעט אנשים על שטח גדול.</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התפלת מים ומיזוג אוויר אפשרו לאנשים להתיישב באזורים יבשים וחמים.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הגידול בצפיפות נובע רק מהגירה.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חשבו: בעיר שטחה 50 קמ״ר גרים 250,000 תושבים. מה הצפיפות? הראו את דרך החישוב.</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מדוע רוב האנשים גרים במישורים ליד נהרות וחופים. ציינו גורם פיזי וגורם אנושי.</w:t>
      </w:r>
    </w:p>
    <w:p>
      <w:pPr>
        <w:bidi w:val="1"/>
        <w:spacing w:after="20"/>
        <w:jc w:val="right"/>
      </w:pPr>
      <w:r>
        <w:rPr>
          <w:rFonts w:ascii="Assistant" w:hAnsi="Assistant" w:cs="Assistant"/>
          <w:b w:val="0"/>
          <w:color w:val="666666"/>
          <w:sz w:val="21"/>
          <w:rtl w:val="1"/>
          <w:szCs w:val="21"/>
        </w:rPr>
        <w:t>✏️ התחילו כך: גורם פיזי: ... גורם אנושי: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תארו שינוי אחד שקרה בתפרוסת או בצפיפות ב-100 השנים האחרונות והסבירו את סיבתו.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תפרוסת וצפיפות אוכלוסין     שם: __________</w:t>
      </w:r>
    </w:p>
    <w:p>
      <w:pPr>
        <w:bidi w:val="1"/>
        <w:spacing w:after="20"/>
        <w:jc w:val="right"/>
      </w:pPr>
      <w:r>
        <w:rPr>
          <w:rFonts w:ascii="Assistant" w:hAnsi="Assistant" w:cs="Assistant"/>
          <w:b w:val="0"/>
          <w:sz w:val="23"/>
          <w:rtl w:val="1"/>
          <w:szCs w:val="23"/>
        </w:rPr>
        <w:t>1. כתבו את נוסחת הצפיפות.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תנו דוגמה לגורם פיזי שמרחיק אנשים.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השתנה ב-100 השנים האחרונות?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תפרוסת וצפיפות אוכלוסין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