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תפרוסת וצפיפות אוכלוסין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תפרוסת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צפיפות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קמ״ר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דליל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צפוף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נולדו 100 תינוקות ונפטרו 40 – תוספת של 60.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עיר עם הרבה מקומות 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אנושיים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נהר ואדמה פורייה מושכים תושבים.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פיזיים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זה צפיפות אוכלוסייה?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כמה אנשים גרים על כל קמ״ר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צפיפות היא מספר התושבים על כל קמ״ר.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איך מחשבים צפיפות?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מחלקים את מספר התושבים בשטח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תושבים חלקי שטח נותן צפיפות.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איפה אנשים אוהבים לגור?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ליד מים ואדמה טובה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ואדמה פורייה עוזרים לחיות ולגדל מזון.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איך נקרא מקום גדול עם מעט אנשים?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דליל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עם מעט אנשים על שטח גדול הוא דליל.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באיזו יבשת גרים הכי הרבה אנשים?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אסיה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בערך שישה מכל עשרה אנשים בעולם גרים באסיה.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האנשים בעולם מפוזרים באופן שווה בכל מקום.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מקומות צפופים מאוד ויש מקומות כמעט ריקים.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הוא בדרך כלל מקום דליל.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כי חסרים בו מים ואדמה לגידול מזון.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מקומות עבודה מושכים אנשים לגור לידם.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אנשים רוצים לגור קרוב לעבודה.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לפני מאה שנה היו בעולם יותר אנשים מהיום.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יש בעולם פי ארבעה אנשים ויותר מאשר לפני מאה שנה.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למה לדעתכם מעט אנשים גרים בקוטב הצפוני?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מעט אנשים גרים שם כי קר מאוד, קשה לגדל מזון וקשה לבנות בתים ודרכים.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אתם גרים במקום צפוף או דליל? איך אתם יודעים?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אני גרה במקום צפוף כי יש הרבה בניינים גבוהים, הרבה אנשים ברחוב ופקקים.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 ההבדל בין צפוף לדליל? · כתבו גורם אחד מהטבע שמושך אנשים. · כתבו גורם אחד שאנשים יצרו ומושך אנשים.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תפרוסת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צפיפות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קמ״ר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דליל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צפוף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גורמים פיזיים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נולדו 100 תינוקות ונפטרו 40 – תוספת של 60.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עיר עם הרבה מקומות 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אנושיים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נהר ואדמה פורייה מושכים תושבים.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פיזיים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מרכז העיר תל אביב.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צפוף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במדינה חיים 3,000,000 תושבים על שטח של 60,000 קמ״ר. מה הצפיפות?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50 נפשות לקמ״ר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3,000,000 חלקי 60,000 שווה 50.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ההבדל בין תפרוסת לצפיפות?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תפרוסת מתארת היכן גרים, צפיפות מודדת כמה גרים על כל קמ״ר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תפרוסת היא פיזור במרחב; צפיפות היא חישוב מספרי.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איזה מהבאים הוא גורם אנושי?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נמל ומקומות עבודה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נמל ומקומות עבודה נוצרו בידי בני אדם.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לא השתנה במהותו ב-100 השנים האחרונות?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התפרוסת הכללית של האוכלוסייה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האנשים עדיין גרים באותם אזורים נוחים.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איזה אזור צפוי להיות דליל אוכלוסין?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רמה גבוהה וקרה מאוד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קור קיצוני וגובה רב מרחיקים אנשים.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בערך 60% מתושבי העולם חיים באסיה.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אסיה היא היבשת המאוכלסת ביותר.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צפיפות גבוהה פירושה מעט אנשים על שטח גדול.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צפיפות גבוהה פירושה אנשים רבים על שטח קטן.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התפלת מים ומיזוג אוויר אפשרו לאנשים להתיישב באזורים יבשים וחמים.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טכנולוגיה עזרה להתגבר על תנאי טבע קשים.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הגידול בצפיפות נובע רק מהגירה.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הוא נובע גם מריבוי טבעי – יותר לידות מפטירות.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חשבו: בעיר שטחה 50 קמ״ר גרים 250,000 תושבים. מה הצפיפות? הראו את דרך החישוב.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250,000 חלקי 50 = 5,000 נפשות לקמ״ר.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רוב האנשים גרים במישורים ליד נהרות וחופים. ציינו גורם פיזי וגורם אנושי.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פיזי: מים ואדמה פורייה מאפשרים חקלאות. גורם אנושי: ליד חופים ונהרות התפתחו נמלים, מסחר וערים עם מקומות עבודה.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תארו שינוי אחד שקרה בתפרוסת או בצפיפות ב-100 השנים האחרונות והסבירו את סיבתו.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הצפיפות בערים גדלה מאוד כי אנשים עברו מהכפרים לערים בחיפוש אחר עבודה, וגם כי נולדו יותר אנשים משנפטרו.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את נוסחת הצפיפות. · תנו דוגמה לגורם פיזי שמרחיק אנשים. · מה השתנה ב-100 השנים האחרונות?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תפרוסת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צפיפות אוכלוסייה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קמ״ר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דליל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צפוף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גורמים פיזיים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גורמים אנושיים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ריבוי טבעי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נולדו 100 תינוקות ונפטרו 40 – תוספת של 60.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עיר עם הרבה מקומות 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אנושיים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נהר ואדמה פורייה מושכים תושבים.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פיזיים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מרכז העיר תל אביב.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צפוף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צריך לקרוא את נתון הצפיפות בזהירות?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הוא ממוצע שעלול להסתיר פערים בתוך המדינה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ממוצע ארצי לא מראה שיש אזורים צפופים מאוד לצד אזורים ריקים.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מהי ״אינרציה היסטורית״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ערים ישנות ממשיכות למשוך אנשים גם כשהסיבה המקורית נעלמה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שכבר קיימת מושכת אנשים בזכות השירותים והעבודה שבה.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כיצד השפיע גידול האוכלוסייה במאה האחרונה על התפרוסת?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העמיק את הריכוזים הקיימים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הצפיפות גדלה בעיקר באזורים שכבר היו צפופים.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מסביר בעיקר את הפער בין הנגב למרכז 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אקלים צחיח ומיעוט מקומות עבודה ושירותים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השילוב של גורם פיזי וגורם אנושי מסביר את הדלילות.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איזה מהאזורים הבאים נחשב לריכוז אוכלוסייה גדול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דרום אסיה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דרום אסיה היא אחד הכתמים הצפופים ביותר במפה.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מדינה עם צפיפות ממוצעת נמוכה יכולה לכלול ערים צפופות מאוד.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הממוצע מערבב אזורים ריקים ואזורים צפופים.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הגורמים הפיזיים לבדם קובעים היכן גרים אנשים.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גם גורמים אנושיים כמו עבודה, שירותים והיסטוריה משפיעים מאוד.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טכנולוגיות כמו התפלה והשקיה אפשרו התיישבות בשולי המדבר.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הטכנולוגיה מתגברת על חלק ממגבלות הטבע.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יערות הגשם הם מהאזורים הצפופים ביותר בעולם.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יערות הגשם דלילים יחסית בגלל צמחייה סבוכה, חום ולחות.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מקרה מצרים: מדוע הצפיפות הממוצעת מטעה? מה הייתם מוסיפים למפה כדי לתאר את המציאות טוב יותר?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השטח הוא מדבר ריק, ולכן הממוצע נמוך ממה שחווים תושבי עמק הנילוס, שבו הצפיפות גבוהה מאוד. מפת צפיפות לפי אזורים או מפת נקודות תראה את הריכוז לאורך הנהר.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בעתיד הטכנולוגיה תשנה את מפת התפרוסת בעולם? כתבו טיעון מנומק.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היא תשנה מעט: התפלה ואנרגיית שמש יאפשרו ערים במדבר. עם זאת, העלות הגבוהה והאינרציה ההיסטורית ישאירו את רוב האנשים באזורים הנוחים.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שני אזורים דלילים – מדבר וקוטב – מבחינת הגורם המרחיק ואמצעי טכנולוגי שיכול לעזור.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במדבר הגורם הוא מחסור במים וחום; התפלה ומיזוג עוזרים. בקוטב הגורם הוא קור וחושך; בידוד וחימום עוזרים, אבל קשה לגדל מזון בשני המקומות.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בחרו שלוש מדינות ומצאו לכל אחת את מספר התושבים ואת השטח. חשבו את הצפיפות, דרגו אותן, והסבירו את הדירוג בעזרת גורם פיזי וגורם אנושי לכל מדינה.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הולנד – צפופה מאוד (מישור, נמלים, תעשייה); ישראל – צפופה (מרכז ים-תיכוני ועבודה במרכז); קנדה – דלילה מאוד (קור בצפון, רוב התושבים ליד הגבול הדרומי).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הסבירו במשפט מדוע צפיפות ממוצעת עלולה להטעות. · תנו דוגמה לאינרציה היסטורית. · מה הקשר בין טכנולוגיה להתיישבות במדבר?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כ-60% מתושבי העולם חיים באסיה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לפני כמאה שנה כשני מיליארד בני אדם (האנושות הגיעה לשני מיליארד בערך ב-1927)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צפיפות האוכלוסייה בישראל גבוהה מ-400 נפשות לקמ״ר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הנגב תופס יותר ממחצית שטח ישראל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במונגוליה פחות מ-3 נפשות לקמ״ר והיא המדינה הדלילה ביותר (לא כולל טריטוריות)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בבנגלדש יותר מ-1,000 נפשות לקמ״ר ויותר מ-170 מיליון תושבים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מדבריות חמים וקרים מכסים כשליש משטח היבשה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כ-75% מתושבי קנדה גרים בטווח של כ-160 ק״מ מהגבול הדרומי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כ-40% מאוכלוסיית העולם גרים בטווח של כ-100 ק״מ מהחוף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גרינלנד היא האי הגדול בעולם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תפרוסת וצפיפות אוכלוסין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