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מקומות ריקים ומקומות צפופים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מדבר, קרח, ג׳ונגל והר – למה כמעט אף אחד לא גר שם?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דליל אוכלוסין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שכמעט אף אחד לא גר בו.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מדבר סהרה ואנטארקטיקה.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מדבר חם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חם ויבש כמעט בלי גשם.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מדבר סהרה בצפון אפריקה.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קוטבי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קפוא בקצה כדור הארץ.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אנטארקטיקה והקוטב הצפוני.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גשם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חם ורטוב מאוד עם עצים צפופים.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היערות הטרופיים של אמריקה הדרומית ומרכז אפריקה.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הררי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עם הרים גבוהים ותלולים.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רכס הימלאיה באסיה.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הסתגלות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ללמוד לחיות טוב בתנאים קשים.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רועים נוודים שנודדים עם העדר אחרי מים.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משאב טבע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משהו מהטבע שאנשים צריכים.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נפט שהתגלה במדבר.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תיירות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נוסעים לטייל במקום אחר.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מטיילים בהימלאיה ובאלסקה.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מקומות בקצה העולם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מקומות שכמעט אף אחד לא גר בהם. במדבר חם מאוד ואין כמעט גשם. בקוטב קר מאוד והאדמה קפואה. באנטארקטיקה גרים רק חוקרים לזמן קצר.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ביער הגשם יש הרבה מים ועצים. אבל היער צפוף, חם ולח. בהרים הגבוהים קר והמדרונות תלולים. קשה לבנות שם כבישים ובתים.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לפעמים מקום ריק משתנה. אם מוצאים בו נפט, אנשים באים לעבוד. גם מטיילים באים לראות נופים יפים. מקומות צפופים נמצאים ליד נהרות וחופים נוחים.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אזור דליל אוכלוסין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מקום שכמעט אף אחד לא גר בו.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מדבר חם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מקום עם הרים גבוהים ותלולים.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אזור קוטבי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מקום חם ויבש כמעט בלי גשם.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יער גשם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מקום קפוא בקצה כדור הארץ.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הררי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יער חם ורטוב מאוד עם עצים צפופים.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הסתגלות   ·   משאב טבע   ·   תיירות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מטיילים בהימלאיה ובאלסקה.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נפט שהתגלה במדבר.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רועים נוודים שנודדים עם העדר אחרי מים.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למה מעט אנשים גרים במדבר?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יש בו יותר מדי 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חם מאוד ואין כמעט 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יש בו יותר מדי עצים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קר מאוד ויש קרח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מי גר באנטארקטיקה?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מיליוני אנשים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חקלאים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רק חוקרים לזמן קצר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אף אחד אף פעם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קשה ביער גשם?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היער צפוף, חם ולח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אין בו 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יש בו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אין בו עצים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יכול לגרום לאנשים לבוא למקום ריק?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סופת חול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קור חזק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מחסור במים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גילוי נפט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איפה יש הרבה אנשים?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על פסגות הרים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ליד נהרות וחופים נוחים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בקרח של הקוטב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באמצע המדבר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בהרים הגבוהים קל לבנות כבישים.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ביער גשם יש הרבה מים.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מטיילים יכולים לשנות מקום ריק.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בקוטב חם רוב השנה.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בחרו אחד מהמקומות הריקים: מדבר, קוטב, יער גשם או הר. מה הכי קשה בו?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בחרתי ב... הכי קשה שם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אילו הייתם מבקרים בהר גבוה, מה הייתם לוקחים איתכם? למה?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לוקח או לוקחת...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מקומות ריקים ומקומות צפופים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שני סוגים של מקומות ריקים.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 יכול לשנות מקום ריק?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איפה גרים הרבה אנשים?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מקומות ריקים ומקומות צפופים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