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מקומות ריקים ומקומות צפופים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מדבר, קרח, ג׳ונגל והר – למה כמעט אף אחד לא גר שם?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אזור דליל אוכלוסין</w:t>
            </w:r>
          </w:p>
        </w:tc>
        <w:tc>
          <w:tcPr>
            <w:tcW w:type="dxa" w:w="5102"/>
          </w:tcPr>
          <w:p>
            <w:pPr>
              <w:bidi w:val="1"/>
              <w:jc w:val="right"/>
            </w:pPr>
            <w:r/>
            <w:r>
              <w:rPr>
                <w:rFonts w:ascii="Assistant" w:hAnsi="Assistant" w:cs="Assistant"/>
                <w:b w:val="0"/>
                <w:sz w:val="21"/>
                <w:rtl w:val="1"/>
                <w:szCs w:val="21"/>
              </w:rPr>
              <w:t>אזור שבו חיים מעט מאוד אנשים בגלל תנאי טבע קיצוניים שמקשים על החיים.</w:t>
            </w:r>
          </w:p>
        </w:tc>
        <w:tc>
          <w:tcPr>
            <w:tcW w:type="dxa" w:w="2835"/>
          </w:tcPr>
          <w:p>
            <w:pPr>
              <w:bidi w:val="1"/>
              <w:jc w:val="right"/>
            </w:pPr>
            <w:r/>
            <w:r>
              <w:rPr>
                <w:rFonts w:ascii="Assistant" w:hAnsi="Assistant" w:cs="Assistant"/>
                <w:b w:val="0"/>
                <w:sz w:val="21"/>
                <w:rtl w:val="1"/>
                <w:szCs w:val="21"/>
              </w:rPr>
              <w:t>מדבר סהרה ואנטארקטיקה.</w:t>
            </w:r>
          </w:p>
        </w:tc>
      </w:tr>
      <w:tr>
        <w:tc>
          <w:tcPr>
            <w:tcW w:type="dxa" w:w="1984"/>
          </w:tcPr>
          <w:p>
            <w:pPr>
              <w:bidi w:val="1"/>
              <w:jc w:val="right"/>
            </w:pPr>
            <w:r/>
            <w:r>
              <w:rPr>
                <w:rFonts w:ascii="Assistant" w:hAnsi="Assistant" w:cs="Assistant"/>
                <w:b w:val="0"/>
                <w:sz w:val="21"/>
                <w:rtl w:val="1"/>
                <w:szCs w:val="21"/>
              </w:rPr>
              <w:t>מדבר חם</w:t>
            </w:r>
          </w:p>
        </w:tc>
        <w:tc>
          <w:tcPr>
            <w:tcW w:type="dxa" w:w="5102"/>
          </w:tcPr>
          <w:p>
            <w:pPr>
              <w:bidi w:val="1"/>
              <w:jc w:val="right"/>
            </w:pPr>
            <w:r/>
            <w:r>
              <w:rPr>
                <w:rFonts w:ascii="Assistant" w:hAnsi="Assistant" w:cs="Assistant"/>
                <w:b w:val="0"/>
                <w:sz w:val="21"/>
                <w:rtl w:val="1"/>
                <w:szCs w:val="21"/>
              </w:rPr>
              <w:t>אזור עם מעט מאוד משקעים, חום רב ביום והפרשי טמפרטורה גדולים, שבו קשה לגדל מזון.</w:t>
            </w:r>
          </w:p>
        </w:tc>
        <w:tc>
          <w:tcPr>
            <w:tcW w:type="dxa" w:w="2835"/>
          </w:tcPr>
          <w:p>
            <w:pPr>
              <w:bidi w:val="1"/>
              <w:jc w:val="right"/>
            </w:pPr>
            <w:r/>
            <w:r>
              <w:rPr>
                <w:rFonts w:ascii="Assistant" w:hAnsi="Assistant" w:cs="Assistant"/>
                <w:b w:val="0"/>
                <w:sz w:val="21"/>
                <w:rtl w:val="1"/>
                <w:szCs w:val="21"/>
              </w:rPr>
              <w:t>מדבר סהרה בצפון אפריקה.</w:t>
            </w:r>
          </w:p>
        </w:tc>
      </w:tr>
      <w:tr>
        <w:tc>
          <w:tcPr>
            <w:tcW w:type="dxa" w:w="1984"/>
          </w:tcPr>
          <w:p>
            <w:pPr>
              <w:bidi w:val="1"/>
              <w:jc w:val="right"/>
            </w:pPr>
            <w:r/>
            <w:r>
              <w:rPr>
                <w:rFonts w:ascii="Assistant" w:hAnsi="Assistant" w:cs="Assistant"/>
                <w:b w:val="0"/>
                <w:sz w:val="21"/>
                <w:rtl w:val="1"/>
                <w:szCs w:val="21"/>
              </w:rPr>
              <w:t>אזור קוטבי</w:t>
            </w:r>
          </w:p>
        </w:tc>
        <w:tc>
          <w:tcPr>
            <w:tcW w:type="dxa" w:w="5102"/>
          </w:tcPr>
          <w:p>
            <w:pPr>
              <w:bidi w:val="1"/>
              <w:jc w:val="right"/>
            </w:pPr>
            <w:r/>
            <w:r>
              <w:rPr>
                <w:rFonts w:ascii="Assistant" w:hAnsi="Assistant" w:cs="Assistant"/>
                <w:b w:val="0"/>
                <w:sz w:val="21"/>
                <w:rtl w:val="1"/>
                <w:szCs w:val="21"/>
              </w:rPr>
              <w:t>אזור סביב הקטבים שבו קר מאוד רוב השנה, הקרקע קפואה והלילות בחורף ארוכים מאוד.</w:t>
            </w:r>
          </w:p>
        </w:tc>
        <w:tc>
          <w:tcPr>
            <w:tcW w:type="dxa" w:w="2835"/>
          </w:tcPr>
          <w:p>
            <w:pPr>
              <w:bidi w:val="1"/>
              <w:jc w:val="right"/>
            </w:pPr>
            <w:r/>
            <w:r>
              <w:rPr>
                <w:rFonts w:ascii="Assistant" w:hAnsi="Assistant" w:cs="Assistant"/>
                <w:b w:val="0"/>
                <w:sz w:val="21"/>
                <w:rtl w:val="1"/>
                <w:szCs w:val="21"/>
              </w:rPr>
              <w:t>אנטארקטיקה והקוטב הצפוני.</w:t>
            </w:r>
          </w:p>
        </w:tc>
      </w:tr>
      <w:tr>
        <w:tc>
          <w:tcPr>
            <w:tcW w:type="dxa" w:w="1984"/>
          </w:tcPr>
          <w:p>
            <w:pPr>
              <w:bidi w:val="1"/>
              <w:jc w:val="right"/>
            </w:pPr>
            <w:r/>
            <w:r>
              <w:rPr>
                <w:rFonts w:ascii="Assistant" w:hAnsi="Assistant" w:cs="Assistant"/>
                <w:b w:val="0"/>
                <w:sz w:val="21"/>
                <w:rtl w:val="1"/>
                <w:szCs w:val="21"/>
              </w:rPr>
              <w:t>יער גשם</w:t>
            </w:r>
          </w:p>
        </w:tc>
        <w:tc>
          <w:tcPr>
            <w:tcW w:type="dxa" w:w="5102"/>
          </w:tcPr>
          <w:p>
            <w:pPr>
              <w:bidi w:val="1"/>
              <w:jc w:val="right"/>
            </w:pPr>
            <w:r/>
            <w:r>
              <w:rPr>
                <w:rFonts w:ascii="Assistant" w:hAnsi="Assistant" w:cs="Assistant"/>
                <w:b w:val="0"/>
                <w:sz w:val="21"/>
                <w:rtl w:val="1"/>
                <w:szCs w:val="21"/>
              </w:rPr>
              <w:t>יער טרופי סבוך, חם ולח, עם גשם רב וצמחייה עשירה אך קרקע דלה ומחלות רבות.</w:t>
            </w:r>
          </w:p>
        </w:tc>
        <w:tc>
          <w:tcPr>
            <w:tcW w:type="dxa" w:w="2835"/>
          </w:tcPr>
          <w:p>
            <w:pPr>
              <w:bidi w:val="1"/>
              <w:jc w:val="right"/>
            </w:pPr>
            <w:r/>
            <w:r>
              <w:rPr>
                <w:rFonts w:ascii="Assistant" w:hAnsi="Assistant" w:cs="Assistant"/>
                <w:b w:val="0"/>
                <w:sz w:val="21"/>
                <w:rtl w:val="1"/>
                <w:szCs w:val="21"/>
              </w:rPr>
              <w:t>היערות הטרופיים של אמריקה הדרומית ומרכז אפריקה.</w:t>
            </w:r>
          </w:p>
        </w:tc>
      </w:tr>
      <w:tr>
        <w:tc>
          <w:tcPr>
            <w:tcW w:type="dxa" w:w="1984"/>
          </w:tcPr>
          <w:p>
            <w:pPr>
              <w:bidi w:val="1"/>
              <w:jc w:val="right"/>
            </w:pPr>
            <w:r/>
            <w:r>
              <w:rPr>
                <w:rFonts w:ascii="Assistant" w:hAnsi="Assistant" w:cs="Assistant"/>
                <w:b w:val="0"/>
                <w:sz w:val="21"/>
                <w:rtl w:val="1"/>
                <w:szCs w:val="21"/>
              </w:rPr>
              <w:t>אזור הררי</w:t>
            </w:r>
          </w:p>
        </w:tc>
        <w:tc>
          <w:tcPr>
            <w:tcW w:type="dxa" w:w="5102"/>
          </w:tcPr>
          <w:p>
            <w:pPr>
              <w:bidi w:val="1"/>
              <w:jc w:val="right"/>
            </w:pPr>
            <w:r/>
            <w:r>
              <w:rPr>
                <w:rFonts w:ascii="Assistant" w:hAnsi="Assistant" w:cs="Assistant"/>
                <w:b w:val="0"/>
                <w:sz w:val="21"/>
                <w:rtl w:val="1"/>
                <w:szCs w:val="21"/>
              </w:rPr>
              <w:t>אזור של הרים גבוהים עם מדרונות תלולים, אוויר דליל וקור, שבו קשה לסלול דרכים ולעבד אדמה.</w:t>
            </w:r>
          </w:p>
        </w:tc>
        <w:tc>
          <w:tcPr>
            <w:tcW w:type="dxa" w:w="2835"/>
          </w:tcPr>
          <w:p>
            <w:pPr>
              <w:bidi w:val="1"/>
              <w:jc w:val="right"/>
            </w:pPr>
            <w:r/>
            <w:r>
              <w:rPr>
                <w:rFonts w:ascii="Assistant" w:hAnsi="Assistant" w:cs="Assistant"/>
                <w:b w:val="0"/>
                <w:sz w:val="21"/>
                <w:rtl w:val="1"/>
                <w:szCs w:val="21"/>
              </w:rPr>
              <w:t>רכס הימלאיה באסיה.</w:t>
            </w:r>
          </w:p>
        </w:tc>
      </w:tr>
      <w:tr>
        <w:tc>
          <w:tcPr>
            <w:tcW w:type="dxa" w:w="1984"/>
          </w:tcPr>
          <w:p>
            <w:pPr>
              <w:bidi w:val="1"/>
              <w:jc w:val="right"/>
            </w:pPr>
            <w:r/>
            <w:r>
              <w:rPr>
                <w:rFonts w:ascii="Assistant" w:hAnsi="Assistant" w:cs="Assistant"/>
                <w:b w:val="0"/>
                <w:sz w:val="21"/>
                <w:rtl w:val="1"/>
                <w:szCs w:val="21"/>
              </w:rPr>
              <w:t>הסתגלות</w:t>
            </w:r>
          </w:p>
        </w:tc>
        <w:tc>
          <w:tcPr>
            <w:tcW w:type="dxa" w:w="5102"/>
          </w:tcPr>
          <w:p>
            <w:pPr>
              <w:bidi w:val="1"/>
              <w:jc w:val="right"/>
            </w:pPr>
            <w:r/>
            <w:r>
              <w:rPr>
                <w:rFonts w:ascii="Assistant" w:hAnsi="Assistant" w:cs="Assistant"/>
                <w:b w:val="0"/>
                <w:sz w:val="21"/>
                <w:rtl w:val="1"/>
                <w:szCs w:val="21"/>
              </w:rPr>
              <w:t>שינוי בדרך החיים שמאפשר לקבוצה לחיות בתנאי טבע קשים לאורך דורות.</w:t>
            </w:r>
          </w:p>
        </w:tc>
        <w:tc>
          <w:tcPr>
            <w:tcW w:type="dxa" w:w="2835"/>
          </w:tcPr>
          <w:p>
            <w:pPr>
              <w:bidi w:val="1"/>
              <w:jc w:val="right"/>
            </w:pPr>
            <w:r/>
            <w:r>
              <w:rPr>
                <w:rFonts w:ascii="Assistant" w:hAnsi="Assistant" w:cs="Assistant"/>
                <w:b w:val="0"/>
                <w:sz w:val="21"/>
                <w:rtl w:val="1"/>
                <w:szCs w:val="21"/>
              </w:rPr>
              <w:t>רועים נוודים שנודדים עם העדר אחרי מים.</w:t>
            </w:r>
          </w:p>
        </w:tc>
      </w:tr>
      <w:tr>
        <w:tc>
          <w:tcPr>
            <w:tcW w:type="dxa" w:w="1984"/>
          </w:tcPr>
          <w:p>
            <w:pPr>
              <w:bidi w:val="1"/>
              <w:jc w:val="right"/>
            </w:pPr>
            <w:r/>
            <w:r>
              <w:rPr>
                <w:rFonts w:ascii="Assistant" w:hAnsi="Assistant" w:cs="Assistant"/>
                <w:b w:val="0"/>
                <w:sz w:val="21"/>
                <w:rtl w:val="1"/>
                <w:szCs w:val="21"/>
              </w:rPr>
              <w:t>משאב טבע</w:t>
            </w:r>
          </w:p>
        </w:tc>
        <w:tc>
          <w:tcPr>
            <w:tcW w:type="dxa" w:w="5102"/>
          </w:tcPr>
          <w:p>
            <w:pPr>
              <w:bidi w:val="1"/>
              <w:jc w:val="right"/>
            </w:pPr>
            <w:r/>
            <w:r>
              <w:rPr>
                <w:rFonts w:ascii="Assistant" w:hAnsi="Assistant" w:cs="Assistant"/>
                <w:b w:val="0"/>
                <w:sz w:val="21"/>
                <w:rtl w:val="1"/>
                <w:szCs w:val="21"/>
              </w:rPr>
              <w:t>דבר שנמצא בטבע ובני אדם משתמשים בו לצורכיהם, כמו נפט, מים, מחצבים ונוף.</w:t>
            </w:r>
          </w:p>
        </w:tc>
        <w:tc>
          <w:tcPr>
            <w:tcW w:type="dxa" w:w="2835"/>
          </w:tcPr>
          <w:p>
            <w:pPr>
              <w:bidi w:val="1"/>
              <w:jc w:val="right"/>
            </w:pPr>
            <w:r/>
            <w:r>
              <w:rPr>
                <w:rFonts w:ascii="Assistant" w:hAnsi="Assistant" w:cs="Assistant"/>
                <w:b w:val="0"/>
                <w:sz w:val="21"/>
                <w:rtl w:val="1"/>
                <w:szCs w:val="21"/>
              </w:rPr>
              <w:t>נפט שהתגלה במדבר.</w:t>
            </w:r>
          </w:p>
        </w:tc>
      </w:tr>
      <w:tr>
        <w:tc>
          <w:tcPr>
            <w:tcW w:type="dxa" w:w="1984"/>
          </w:tcPr>
          <w:p>
            <w:pPr>
              <w:bidi w:val="1"/>
              <w:jc w:val="right"/>
            </w:pPr>
            <w:r/>
            <w:r>
              <w:rPr>
                <w:rFonts w:ascii="Assistant" w:hAnsi="Assistant" w:cs="Assistant"/>
                <w:b w:val="0"/>
                <w:sz w:val="21"/>
                <w:rtl w:val="1"/>
                <w:szCs w:val="21"/>
              </w:rPr>
              <w:t>תיירות</w:t>
            </w:r>
          </w:p>
        </w:tc>
        <w:tc>
          <w:tcPr>
            <w:tcW w:type="dxa" w:w="5102"/>
          </w:tcPr>
          <w:p>
            <w:pPr>
              <w:bidi w:val="1"/>
              <w:jc w:val="right"/>
            </w:pPr>
            <w:r/>
            <w:r>
              <w:rPr>
                <w:rFonts w:ascii="Assistant" w:hAnsi="Assistant" w:cs="Assistant"/>
                <w:b w:val="0"/>
                <w:sz w:val="21"/>
                <w:rtl w:val="1"/>
                <w:szCs w:val="21"/>
              </w:rPr>
              <w:t>ביקור של אנשים במקומות מחוץ לביתם לשם נופש, טבע או תרבות, שמביא עבודה ופיתוח לאזור.</w:t>
            </w:r>
          </w:p>
        </w:tc>
        <w:tc>
          <w:tcPr>
            <w:tcW w:type="dxa" w:w="2835"/>
          </w:tcPr>
          <w:p>
            <w:pPr>
              <w:bidi w:val="1"/>
              <w:jc w:val="right"/>
            </w:pPr>
            <w:r/>
            <w:r>
              <w:rPr>
                <w:rFonts w:ascii="Assistant" w:hAnsi="Assistant" w:cs="Assistant"/>
                <w:b w:val="0"/>
                <w:sz w:val="21"/>
                <w:rtl w:val="1"/>
                <w:szCs w:val="21"/>
              </w:rPr>
              <w:t>מטיילים בהימלאיה ובאלסקה.</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מקצוות העולם</w:t>
      </w:r>
    </w:p>
    <w:p>
      <w:pPr>
        <w:bidi w:val="1"/>
        <w:spacing w:after="120"/>
        <w:jc w:val="right"/>
      </w:pPr>
      <w:r>
        <w:rPr>
          <w:rFonts w:ascii="Assistant" w:hAnsi="Assistant" w:cs="Assistant"/>
          <w:b w:val="0"/>
          <w:sz w:val="23"/>
          <w:rtl w:val="1"/>
          <w:szCs w:val="23"/>
        </w:rPr>
        <w:t>בחלקים גדולים של היבשות כמעט אין תושבים. אלה אזורים דלילי אוכלוסין, ובכולם תנאי טבע קיצוניים. במדבריות החמים, כמו הסהרה, חם מאוד ביום, יורד מעט מאוד גשם וקשה לגדל מזון. בקטבים קר מאוד רוב השנה, הקרקע קפואה והלילות בחורף ארוכים. באנטארקטיקה אין תושבי קבע, רק חוקרים שמגיעים לתקופות.</w:t>
      </w:r>
    </w:p>
    <w:p>
      <w:pPr>
        <w:bidi w:val="1"/>
        <w:spacing w:after="120"/>
        <w:jc w:val="right"/>
      </w:pPr>
      <w:r>
        <w:rPr>
          <w:rFonts w:ascii="Assistant" w:hAnsi="Assistant" w:cs="Assistant"/>
          <w:b w:val="0"/>
          <w:sz w:val="23"/>
          <w:rtl w:val="1"/>
          <w:szCs w:val="23"/>
        </w:rPr>
        <w:t>ביערות הגשם הטרופיים יש מים וצמחייה בשפע, אבל היער סבוך, חם ולח, יש מחלות, והקרקע מתחת לעצים דלה. באזורים ההרריים, כמו הימלאיה, האוויר דליל וקר, המדרונות תלולים וקשה לסלול דרכים ולעבד אדמה. באזורים אלה גרות בעיקר קבוצות קטנות שהסתגלו לתנאים במשך דורות.</w:t>
      </w:r>
    </w:p>
    <w:p>
      <w:pPr>
        <w:bidi w:val="1"/>
        <w:spacing w:after="120"/>
        <w:jc w:val="right"/>
      </w:pPr>
      <w:r>
        <w:rPr>
          <w:rFonts w:ascii="Assistant" w:hAnsi="Assistant" w:cs="Assistant"/>
          <w:b w:val="0"/>
          <w:sz w:val="23"/>
          <w:rtl w:val="1"/>
          <w:szCs w:val="23"/>
        </w:rPr>
        <w:t>גם אזורים ריקים יכולים להשתנות. כשמתגלה בהם משאב יקר, אנשים מוכנים להתמודד עם תנאים קשים. במדינות מדבריות במזרח התיכון התגלו במאה ה-20 מאגרי נפט גדולים, ובכסף שהופק מהם נבנו ערים מודרניות כמו דובאי, עם מיזוג אוויר, התפלה ונמלים, ועובדים רבים הגיעו מארצות אחרות. גם תיירות משנה אזורים: מטיילים מגיעים להימלאיה ולאלסקה, ובעקבותיהם נבנים מלונות, דרכים ושדות תעופה קטנים.</w:t>
      </w:r>
    </w:p>
    <w:p>
      <w:pPr>
        <w:bidi w:val="1"/>
        <w:spacing w:after="120"/>
        <w:jc w:val="right"/>
      </w:pPr>
      <w:r>
        <w:rPr>
          <w:rFonts w:ascii="Assistant" w:hAnsi="Assistant" w:cs="Assistant"/>
          <w:b w:val="0"/>
          <w:sz w:val="23"/>
          <w:rtl w:val="1"/>
          <w:szCs w:val="23"/>
        </w:rPr>
        <w:t>האזורים הצפופים נוצרים משילוב של תנאי טבע נוחים ופעילות אנושית. מישורים לאורך נהרות גדולים וחופים עם אקלים נוח מושכים אנשים כבר אלפי שנים, ועליהם בנה האדם ערים, נמלים, מפעלים ודרכים. כך נוצרו אזורים צפופים מאוד, כמו מזרח סין, צפון הודו ומערב אירופה.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אזור דליל אוכלוסין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יער טרופי סבוך, חם ולח, עם גשם רב וצמחייה עשירה אך קרקע דלה ומחלות רבות.</w:t>
            </w:r>
          </w:p>
        </w:tc>
      </w:tr>
      <w:tr>
        <w:tc>
          <w:tcPr>
            <w:tcW w:type="dxa" w:w="2268"/>
          </w:tcPr>
          <w:p>
            <w:pPr>
              <w:bidi w:val="1"/>
              <w:jc w:val="right"/>
            </w:pPr>
            <w:r/>
            <w:r>
              <w:rPr>
                <w:rFonts w:ascii="Assistant" w:hAnsi="Assistant" w:cs="Assistant"/>
                <w:b w:val="0"/>
                <w:sz w:val="21"/>
                <w:rtl w:val="1"/>
                <w:szCs w:val="21"/>
              </w:rPr>
              <w:t>2. מדבר חם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אזור של הרים גבוהים עם מדרונות תלולים, אוויר דליל וקור, שבו קשה לסלול דרכים ולעבד אדמה.</w:t>
            </w:r>
          </w:p>
        </w:tc>
      </w:tr>
      <w:tr>
        <w:tc>
          <w:tcPr>
            <w:tcW w:type="dxa" w:w="2268"/>
          </w:tcPr>
          <w:p>
            <w:pPr>
              <w:bidi w:val="1"/>
              <w:jc w:val="right"/>
            </w:pPr>
            <w:r/>
            <w:r>
              <w:rPr>
                <w:rFonts w:ascii="Assistant" w:hAnsi="Assistant" w:cs="Assistant"/>
                <w:b w:val="0"/>
                <w:sz w:val="21"/>
                <w:rtl w:val="1"/>
                <w:szCs w:val="21"/>
              </w:rPr>
              <w:t>3. אזור קוטבי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שינוי בדרך החיים שמאפשר לקבוצה לחיות בתנאי טבע קשים לאורך דורות.</w:t>
            </w:r>
          </w:p>
        </w:tc>
      </w:tr>
      <w:tr>
        <w:tc>
          <w:tcPr>
            <w:tcW w:type="dxa" w:w="2268"/>
          </w:tcPr>
          <w:p>
            <w:pPr>
              <w:bidi w:val="1"/>
              <w:jc w:val="right"/>
            </w:pPr>
            <w:r/>
            <w:r>
              <w:rPr>
                <w:rFonts w:ascii="Assistant" w:hAnsi="Assistant" w:cs="Assistant"/>
                <w:b w:val="0"/>
                <w:sz w:val="21"/>
                <w:rtl w:val="1"/>
                <w:szCs w:val="21"/>
              </w:rPr>
              <w:t>4. יער גשם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אזור שבו חיים מעט מאוד אנשים בגלל תנאי טבע קיצוניים שמקשים על החיים.</w:t>
            </w:r>
          </w:p>
        </w:tc>
      </w:tr>
      <w:tr>
        <w:tc>
          <w:tcPr>
            <w:tcW w:type="dxa" w:w="2268"/>
          </w:tcPr>
          <w:p>
            <w:pPr>
              <w:bidi w:val="1"/>
              <w:jc w:val="right"/>
            </w:pPr>
            <w:r/>
            <w:r>
              <w:rPr>
                <w:rFonts w:ascii="Assistant" w:hAnsi="Assistant" w:cs="Assistant"/>
                <w:b w:val="0"/>
                <w:sz w:val="21"/>
                <w:rtl w:val="1"/>
                <w:szCs w:val="21"/>
              </w:rPr>
              <w:t>5. אזור הררי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אזור עם מעט מאוד משקעים, חום רב ביום והפרשי טמפרטורה גדולים, שבו קשה לגדל מזון.</w:t>
            </w:r>
          </w:p>
        </w:tc>
      </w:tr>
      <w:tr>
        <w:tc>
          <w:tcPr>
            <w:tcW w:type="dxa" w:w="2268"/>
          </w:tcPr>
          <w:p>
            <w:pPr>
              <w:bidi w:val="1"/>
              <w:jc w:val="right"/>
            </w:pPr>
            <w:r/>
            <w:r>
              <w:rPr>
                <w:rFonts w:ascii="Assistant" w:hAnsi="Assistant" w:cs="Assistant"/>
                <w:b w:val="0"/>
                <w:sz w:val="21"/>
                <w:rtl w:val="1"/>
                <w:szCs w:val="21"/>
              </w:rPr>
              <w:t>6. הסתגלות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אזור סביב הקטבים שבו קר מאוד רוב השנה, הקרקע קפואה והלילות בחורף ארוכים מאוד.</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תיירות   ·   אזור הררי   ·   הסתגלות   ·   משאב טבע</w:t>
      </w:r>
    </w:p>
    <w:p>
      <w:pPr>
        <w:bidi w:val="1"/>
        <w:spacing w:after="80"/>
        <w:jc w:val="right"/>
      </w:pPr>
      <w:r>
        <w:rPr>
          <w:rFonts w:ascii="Assistant" w:hAnsi="Assistant" w:cs="Assistant"/>
          <w:b w:val="0"/>
          <w:sz w:val="23"/>
          <w:rtl w:val="1"/>
          <w:szCs w:val="23"/>
        </w:rPr>
        <w:t>1. מטיילים בהימלאיה ובאלסקה. – זו דוגמה ל־______________</w:t>
      </w:r>
    </w:p>
    <w:p>
      <w:pPr>
        <w:bidi w:val="1"/>
        <w:spacing w:after="80"/>
        <w:jc w:val="right"/>
      </w:pPr>
      <w:r>
        <w:rPr>
          <w:rFonts w:ascii="Assistant" w:hAnsi="Assistant" w:cs="Assistant"/>
          <w:b w:val="0"/>
          <w:sz w:val="23"/>
          <w:rtl w:val="1"/>
          <w:szCs w:val="23"/>
        </w:rPr>
        <w:t>2. נפט שהתגלה במדבר. – זו דוגמה ל־______________</w:t>
      </w:r>
    </w:p>
    <w:p>
      <w:pPr>
        <w:bidi w:val="1"/>
        <w:spacing w:after="80"/>
        <w:jc w:val="right"/>
      </w:pPr>
      <w:r>
        <w:rPr>
          <w:rFonts w:ascii="Assistant" w:hAnsi="Assistant" w:cs="Assistant"/>
          <w:b w:val="0"/>
          <w:sz w:val="23"/>
          <w:rtl w:val="1"/>
          <w:szCs w:val="23"/>
        </w:rPr>
        <w:t>3. רועים נוודים שנודדים עם העדר אחרי מים. – זו דוגמה ל־______________</w:t>
      </w:r>
    </w:p>
    <w:p>
      <w:pPr>
        <w:bidi w:val="1"/>
        <w:spacing w:after="80"/>
        <w:jc w:val="right"/>
      </w:pPr>
      <w:r>
        <w:rPr>
          <w:rFonts w:ascii="Assistant" w:hAnsi="Assistant" w:cs="Assistant"/>
          <w:b w:val="0"/>
          <w:sz w:val="23"/>
          <w:rtl w:val="1"/>
          <w:szCs w:val="23"/>
        </w:rPr>
        <w:t>4. רכס הימלאיה באסיה.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משותף לכל האזורים הדלילים?</w:t>
      </w:r>
    </w:p>
    <w:p>
      <w:pPr>
        <w:bidi w:val="1"/>
        <w:spacing w:after="20"/>
        <w:jc w:val="right"/>
      </w:pPr>
      <w:r>
        <w:rPr>
          <w:rFonts w:ascii="Assistant" w:hAnsi="Assistant" w:cs="Assistant"/>
          <w:b w:val="0"/>
          <w:sz w:val="23"/>
          <w:rtl w:val="1"/>
          <w:szCs w:val="23"/>
        </w:rPr>
        <w:t xml:space="preserve">     ◯ א. כולם קרים</w:t>
      </w:r>
    </w:p>
    <w:p>
      <w:pPr>
        <w:bidi w:val="1"/>
        <w:spacing w:after="20"/>
        <w:jc w:val="right"/>
      </w:pPr>
      <w:r>
        <w:rPr>
          <w:rFonts w:ascii="Assistant" w:hAnsi="Assistant" w:cs="Assistant"/>
          <w:b w:val="0"/>
          <w:sz w:val="23"/>
          <w:rtl w:val="1"/>
          <w:szCs w:val="23"/>
        </w:rPr>
        <w:t xml:space="preserve">     ◯ ב. כולם יבשים</w:t>
      </w:r>
    </w:p>
    <w:p>
      <w:pPr>
        <w:bidi w:val="1"/>
        <w:spacing w:after="20"/>
        <w:jc w:val="right"/>
      </w:pPr>
      <w:r>
        <w:rPr>
          <w:rFonts w:ascii="Assistant" w:hAnsi="Assistant" w:cs="Assistant"/>
          <w:b w:val="0"/>
          <w:sz w:val="23"/>
          <w:rtl w:val="1"/>
          <w:szCs w:val="23"/>
        </w:rPr>
        <w:t xml:space="preserve">     ◯ ג. בכולם תנאי טבע קיצוניים</w:t>
      </w:r>
    </w:p>
    <w:p>
      <w:pPr>
        <w:bidi w:val="1"/>
        <w:spacing w:after="20"/>
        <w:jc w:val="right"/>
      </w:pPr>
      <w:r>
        <w:rPr>
          <w:rFonts w:ascii="Assistant" w:hAnsi="Assistant" w:cs="Assistant"/>
          <w:b w:val="0"/>
          <w:sz w:val="23"/>
          <w:rtl w:val="1"/>
          <w:szCs w:val="23"/>
        </w:rPr>
        <w:t xml:space="preserve">     ◯ ד. בכולם יש נפט</w:t>
      </w:r>
    </w:p>
    <w:p>
      <w:pPr>
        <w:bidi w:val="1"/>
        <w:spacing w:after="20"/>
        <w:jc w:val="right"/>
      </w:pPr>
      <w:r>
        <w:rPr>
          <w:rFonts w:ascii="Assistant" w:hAnsi="Assistant" w:cs="Assistant"/>
          <w:b/>
          <w:sz w:val="23"/>
          <w:rtl w:val="1"/>
          <w:bCs/>
          <w:szCs w:val="23"/>
        </w:rPr>
        <w:t>2. מדוע יער הגשם דליל אף שיש בו מים רבים?</w:t>
      </w:r>
    </w:p>
    <w:p>
      <w:pPr>
        <w:bidi w:val="1"/>
        <w:spacing w:after="20"/>
        <w:jc w:val="right"/>
      </w:pPr>
      <w:r>
        <w:rPr>
          <w:rFonts w:ascii="Assistant" w:hAnsi="Assistant" w:cs="Assistant"/>
          <w:b w:val="0"/>
          <w:sz w:val="23"/>
          <w:rtl w:val="1"/>
          <w:szCs w:val="23"/>
        </w:rPr>
        <w:t xml:space="preserve">     ◯ א. כי קר בו מאוד</w:t>
      </w:r>
    </w:p>
    <w:p>
      <w:pPr>
        <w:bidi w:val="1"/>
        <w:spacing w:after="20"/>
        <w:jc w:val="right"/>
      </w:pPr>
      <w:r>
        <w:rPr>
          <w:rFonts w:ascii="Assistant" w:hAnsi="Assistant" w:cs="Assistant"/>
          <w:b w:val="0"/>
          <w:sz w:val="23"/>
          <w:rtl w:val="1"/>
          <w:szCs w:val="23"/>
        </w:rPr>
        <w:t xml:space="preserve">     ◯ ב. כי הוא סבוך, חם ולח, יש מחלות והקרקע דלה</w:t>
      </w:r>
    </w:p>
    <w:p>
      <w:pPr>
        <w:bidi w:val="1"/>
        <w:spacing w:after="20"/>
        <w:jc w:val="right"/>
      </w:pPr>
      <w:r>
        <w:rPr>
          <w:rFonts w:ascii="Assistant" w:hAnsi="Assistant" w:cs="Assistant"/>
          <w:b w:val="0"/>
          <w:sz w:val="23"/>
          <w:rtl w:val="1"/>
          <w:szCs w:val="23"/>
        </w:rPr>
        <w:t xml:space="preserve">     ◯ ג. כי אין בו צמחים</w:t>
      </w:r>
    </w:p>
    <w:p>
      <w:pPr>
        <w:bidi w:val="1"/>
        <w:spacing w:after="20"/>
        <w:jc w:val="right"/>
      </w:pPr>
      <w:r>
        <w:rPr>
          <w:rFonts w:ascii="Assistant" w:hAnsi="Assistant" w:cs="Assistant"/>
          <w:b w:val="0"/>
          <w:sz w:val="23"/>
          <w:rtl w:val="1"/>
          <w:szCs w:val="23"/>
        </w:rPr>
        <w:t xml:space="preserve">     ◯ ד. כי הוא גבוה מאוד</w:t>
      </w:r>
    </w:p>
    <w:p>
      <w:pPr>
        <w:bidi w:val="1"/>
        <w:spacing w:after="20"/>
        <w:jc w:val="right"/>
      </w:pPr>
      <w:r>
        <w:rPr>
          <w:rFonts w:ascii="Assistant" w:hAnsi="Assistant" w:cs="Assistant"/>
          <w:b/>
          <w:sz w:val="23"/>
          <w:rtl w:val="1"/>
          <w:bCs/>
          <w:szCs w:val="23"/>
        </w:rPr>
        <w:t>3. כיצד שינה גילוי הנפט אזורים מדבריים?</w:t>
      </w:r>
    </w:p>
    <w:p>
      <w:pPr>
        <w:bidi w:val="1"/>
        <w:spacing w:after="20"/>
        <w:jc w:val="right"/>
      </w:pPr>
      <w:r>
        <w:rPr>
          <w:rFonts w:ascii="Assistant" w:hAnsi="Assistant" w:cs="Assistant"/>
          <w:b w:val="0"/>
          <w:sz w:val="23"/>
          <w:rtl w:val="1"/>
          <w:szCs w:val="23"/>
        </w:rPr>
        <w:t xml:space="preserve">     ◯ א. נבנו ערים מודרניות והגיעו עובדים רבים</w:t>
      </w:r>
    </w:p>
    <w:p>
      <w:pPr>
        <w:bidi w:val="1"/>
        <w:spacing w:after="20"/>
        <w:jc w:val="right"/>
      </w:pPr>
      <w:r>
        <w:rPr>
          <w:rFonts w:ascii="Assistant" w:hAnsi="Assistant" w:cs="Assistant"/>
          <w:b w:val="0"/>
          <w:sz w:val="23"/>
          <w:rtl w:val="1"/>
          <w:szCs w:val="23"/>
        </w:rPr>
        <w:t xml:space="preserve">     ◯ ב. האזורים התרוקנו</w:t>
      </w:r>
    </w:p>
    <w:p>
      <w:pPr>
        <w:bidi w:val="1"/>
        <w:spacing w:after="20"/>
        <w:jc w:val="right"/>
      </w:pPr>
      <w:r>
        <w:rPr>
          <w:rFonts w:ascii="Assistant" w:hAnsi="Assistant" w:cs="Assistant"/>
          <w:b w:val="0"/>
          <w:sz w:val="23"/>
          <w:rtl w:val="1"/>
          <w:szCs w:val="23"/>
        </w:rPr>
        <w:t xml:space="preserve">     ◯ ג. ירד בהם יותר גשם</w:t>
      </w:r>
    </w:p>
    <w:p>
      <w:pPr>
        <w:bidi w:val="1"/>
        <w:spacing w:after="20"/>
        <w:jc w:val="right"/>
      </w:pPr>
      <w:r>
        <w:rPr>
          <w:rFonts w:ascii="Assistant" w:hAnsi="Assistant" w:cs="Assistant"/>
          <w:b w:val="0"/>
          <w:sz w:val="23"/>
          <w:rtl w:val="1"/>
          <w:szCs w:val="23"/>
        </w:rPr>
        <w:t xml:space="preserve">     ◯ ד. הם הפכו ליערות</w:t>
      </w:r>
    </w:p>
    <w:p>
      <w:pPr>
        <w:bidi w:val="1"/>
        <w:spacing w:after="20"/>
        <w:jc w:val="right"/>
      </w:pPr>
      <w:r>
        <w:rPr>
          <w:rFonts w:ascii="Assistant" w:hAnsi="Assistant" w:cs="Assistant"/>
          <w:b/>
          <w:sz w:val="23"/>
          <w:rtl w:val="1"/>
          <w:bCs/>
          <w:szCs w:val="23"/>
        </w:rPr>
        <w:t>4. מה נבנה בעקבות התיירות באזורים הרריים?</w:t>
      </w:r>
    </w:p>
    <w:p>
      <w:pPr>
        <w:bidi w:val="1"/>
        <w:spacing w:after="20"/>
        <w:jc w:val="right"/>
      </w:pPr>
      <w:r>
        <w:rPr>
          <w:rFonts w:ascii="Assistant" w:hAnsi="Assistant" w:cs="Assistant"/>
          <w:b w:val="0"/>
          <w:sz w:val="23"/>
          <w:rtl w:val="1"/>
          <w:szCs w:val="23"/>
        </w:rPr>
        <w:t xml:space="preserve">     ◯ א. מכרות נפט</w:t>
      </w:r>
    </w:p>
    <w:p>
      <w:pPr>
        <w:bidi w:val="1"/>
        <w:spacing w:after="20"/>
        <w:jc w:val="right"/>
      </w:pPr>
      <w:r>
        <w:rPr>
          <w:rFonts w:ascii="Assistant" w:hAnsi="Assistant" w:cs="Assistant"/>
          <w:b w:val="0"/>
          <w:sz w:val="23"/>
          <w:rtl w:val="1"/>
          <w:szCs w:val="23"/>
        </w:rPr>
        <w:t xml:space="preserve">     ◯ ב. מפעלי פלדה</w:t>
      </w:r>
    </w:p>
    <w:p>
      <w:pPr>
        <w:bidi w:val="1"/>
        <w:spacing w:after="20"/>
        <w:jc w:val="right"/>
      </w:pPr>
      <w:r>
        <w:rPr>
          <w:rFonts w:ascii="Assistant" w:hAnsi="Assistant" w:cs="Assistant"/>
          <w:b w:val="0"/>
          <w:sz w:val="23"/>
          <w:rtl w:val="1"/>
          <w:szCs w:val="23"/>
        </w:rPr>
        <w:t xml:space="preserve">     ◯ ג. מתקני התפלה</w:t>
      </w:r>
    </w:p>
    <w:p>
      <w:pPr>
        <w:bidi w:val="1"/>
        <w:spacing w:after="20"/>
        <w:jc w:val="right"/>
      </w:pPr>
      <w:r>
        <w:rPr>
          <w:rFonts w:ascii="Assistant" w:hAnsi="Assistant" w:cs="Assistant"/>
          <w:b w:val="0"/>
          <w:sz w:val="23"/>
          <w:rtl w:val="1"/>
          <w:szCs w:val="23"/>
        </w:rPr>
        <w:t xml:space="preserve">     ◯ ד. מלונות, דרכים ושדות תעופה קטנים</w:t>
      </w:r>
    </w:p>
    <w:p>
      <w:pPr>
        <w:bidi w:val="1"/>
        <w:spacing w:after="20"/>
        <w:jc w:val="right"/>
      </w:pPr>
      <w:r>
        <w:rPr>
          <w:rFonts w:ascii="Assistant" w:hAnsi="Assistant" w:cs="Assistant"/>
          <w:b/>
          <w:sz w:val="23"/>
          <w:rtl w:val="1"/>
          <w:bCs/>
          <w:szCs w:val="23"/>
        </w:rPr>
        <w:t>5. איך נוצרים אזורים צפופים?</w:t>
      </w:r>
    </w:p>
    <w:p>
      <w:pPr>
        <w:bidi w:val="1"/>
        <w:spacing w:after="20"/>
        <w:jc w:val="right"/>
      </w:pPr>
      <w:r>
        <w:rPr>
          <w:rFonts w:ascii="Assistant" w:hAnsi="Assistant" w:cs="Assistant"/>
          <w:b w:val="0"/>
          <w:sz w:val="23"/>
          <w:rtl w:val="1"/>
          <w:szCs w:val="23"/>
        </w:rPr>
        <w:t xml:space="preserve">     ◯ א. רק מתנאי טבע נוחים</w:t>
      </w:r>
    </w:p>
    <w:p>
      <w:pPr>
        <w:bidi w:val="1"/>
        <w:spacing w:after="20"/>
        <w:jc w:val="right"/>
      </w:pPr>
      <w:r>
        <w:rPr>
          <w:rFonts w:ascii="Assistant" w:hAnsi="Assistant" w:cs="Assistant"/>
          <w:b w:val="0"/>
          <w:sz w:val="23"/>
          <w:rtl w:val="1"/>
          <w:szCs w:val="23"/>
        </w:rPr>
        <w:t xml:space="preserve">     ◯ ב. רק מפעילות אנושית</w:t>
      </w:r>
    </w:p>
    <w:p>
      <w:pPr>
        <w:bidi w:val="1"/>
        <w:spacing w:after="20"/>
        <w:jc w:val="right"/>
      </w:pPr>
      <w:r>
        <w:rPr>
          <w:rFonts w:ascii="Assistant" w:hAnsi="Assistant" w:cs="Assistant"/>
          <w:b w:val="0"/>
          <w:sz w:val="23"/>
          <w:rtl w:val="1"/>
          <w:szCs w:val="23"/>
        </w:rPr>
        <w:t xml:space="preserve">     ◯ ג. משילוב של תנאי טבע נוחים ופעילות אנושית</w:t>
      </w:r>
    </w:p>
    <w:p>
      <w:pPr>
        <w:bidi w:val="1"/>
        <w:spacing w:after="20"/>
        <w:jc w:val="right"/>
      </w:pPr>
      <w:r>
        <w:rPr>
          <w:rFonts w:ascii="Assistant" w:hAnsi="Assistant" w:cs="Assistant"/>
          <w:b w:val="0"/>
          <w:sz w:val="23"/>
          <w:rtl w:val="1"/>
          <w:szCs w:val="23"/>
        </w:rPr>
        <w:t xml:space="preserve">     ◯ ד. במקרה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באנטארקטיקה יש ערים קטנות עם תושבי קבע.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בהימלאיה האוויר דליל וקר.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תיירות יכולה להביא פיתוח לאזורים דלילים.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קבוצות שחיות באזורים קיצוניים הגיעו אליהם רק בשנים האחרונות.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השוו בין מדבר חם לאזור קוטבי: מה הקושי המרכזי בכל אחד, ומה דומה ביניהם?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כיצד גילוי משאב יקר יכול לשנות אזור ריק. השתמשו בדוגמת הנפט.</w:t>
      </w:r>
    </w:p>
    <w:p>
      <w:pPr>
        <w:bidi w:val="1"/>
        <w:spacing w:after="20"/>
        <w:jc w:val="right"/>
      </w:pPr>
      <w:r>
        <w:rPr>
          <w:rFonts w:ascii="Assistant" w:hAnsi="Assistant" w:cs="Assistant"/>
          <w:b w:val="0"/>
          <w:color w:val="666666"/>
          <w:sz w:val="21"/>
          <w:rtl w:val="1"/>
          <w:szCs w:val="21"/>
        </w:rPr>
        <w:t>✏️ התחילו כך: כשמתגלה משאב... ולכן...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האם האדם יכול לשנות את המרחב? כתבו עמדה ונמקו בדוגמה אחת.</w:t>
      </w:r>
    </w:p>
    <w:p>
      <w:pPr>
        <w:bidi w:val="1"/>
        <w:spacing w:after="20"/>
        <w:jc w:val="right"/>
      </w:pPr>
      <w:r>
        <w:rPr>
          <w:rFonts w:ascii="Assistant" w:hAnsi="Assistant" w:cs="Assistant"/>
          <w:b w:val="0"/>
          <w:color w:val="666666"/>
          <w:sz w:val="21"/>
          <w:rtl w:val="1"/>
          <w:szCs w:val="21"/>
        </w:rPr>
        <w:t>✏️ התחילו כך: לדעתי... לדוגמה...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מקומות ריקים ומקומות צפופים     שם: __________</w:t>
      </w:r>
    </w:p>
    <w:p>
      <w:pPr>
        <w:bidi w:val="1"/>
        <w:spacing w:after="20"/>
        <w:jc w:val="right"/>
      </w:pPr>
      <w:r>
        <w:rPr>
          <w:rFonts w:ascii="Assistant" w:hAnsi="Assistant" w:cs="Assistant"/>
          <w:b w:val="0"/>
          <w:sz w:val="23"/>
          <w:rtl w:val="1"/>
          <w:szCs w:val="23"/>
        </w:rPr>
        <w:t>1. כתבו את ארבעת סוגי האזורים הדלילים.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לשינוי באזור דליל.</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יוצר אזור צפוף?</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מקומות ריקים ומקומות צפופים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